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8AC4" w14:textId="4BF9646D" w:rsidR="00775E06" w:rsidRPr="005A0919" w:rsidRDefault="00044454" w:rsidP="002A199D">
      <w:pPr>
        <w:pBdr>
          <w:bottom w:val="single" w:sz="4" w:space="1" w:color="auto"/>
        </w:pBdr>
        <w:rPr>
          <w:rFonts w:ascii="Arial" w:hAnsi="Arial" w:cs="Arial"/>
          <w:b/>
          <w:bCs/>
          <w:sz w:val="36"/>
          <w:szCs w:val="36"/>
          <w:lang w:val="de-CH"/>
        </w:rPr>
      </w:pPr>
      <w:r w:rsidRPr="005A0919">
        <w:rPr>
          <w:rFonts w:ascii="Arial" w:hAnsi="Arial" w:cs="Arial"/>
          <w:b/>
          <w:bCs/>
          <w:sz w:val="36"/>
          <w:szCs w:val="36"/>
          <w:lang w:val="de-CH"/>
        </w:rPr>
        <w:t>Gesuch für Stipendi</w:t>
      </w:r>
      <w:r w:rsidR="002A199D" w:rsidRPr="005A0919">
        <w:rPr>
          <w:rFonts w:ascii="Arial" w:hAnsi="Arial" w:cs="Arial"/>
          <w:b/>
          <w:bCs/>
          <w:sz w:val="36"/>
          <w:szCs w:val="36"/>
          <w:lang w:val="de-CH"/>
        </w:rPr>
        <w:t>um</w:t>
      </w:r>
      <w:r w:rsidRPr="005A0919">
        <w:rPr>
          <w:rFonts w:ascii="Arial" w:hAnsi="Arial" w:cs="Arial"/>
          <w:b/>
          <w:bCs/>
          <w:sz w:val="36"/>
          <w:szCs w:val="36"/>
          <w:lang w:val="de-CH"/>
        </w:rPr>
        <w:t xml:space="preserve"> der Wehrli</w:t>
      </w:r>
      <w:r w:rsidR="00AD6725">
        <w:rPr>
          <w:rFonts w:ascii="Arial" w:hAnsi="Arial" w:cs="Arial"/>
          <w:b/>
          <w:bCs/>
          <w:sz w:val="36"/>
          <w:szCs w:val="36"/>
          <w:lang w:val="de-CH"/>
        </w:rPr>
        <w:t xml:space="preserve"> </w:t>
      </w:r>
      <w:r w:rsidRPr="005A0919">
        <w:rPr>
          <w:rFonts w:ascii="Arial" w:hAnsi="Arial" w:cs="Arial"/>
          <w:b/>
          <w:bCs/>
          <w:sz w:val="36"/>
          <w:szCs w:val="36"/>
          <w:lang w:val="de-CH"/>
        </w:rPr>
        <w:t>Stiftung des Birsecks</w:t>
      </w:r>
    </w:p>
    <w:p w14:paraId="1F5C4657" w14:textId="602F9FEB" w:rsidR="00674578" w:rsidRDefault="004C13FC" w:rsidP="00542076">
      <w:pPr>
        <w:spacing w:before="120" w:after="0"/>
        <w:ind w:right="142"/>
        <w:jc w:val="both"/>
        <w:rPr>
          <w:rFonts w:ascii="Arial" w:hAnsi="Arial" w:cs="Arial"/>
          <w:sz w:val="20"/>
          <w:szCs w:val="20"/>
          <w:lang w:val="de-CH"/>
        </w:rPr>
      </w:pPr>
      <w:r w:rsidRPr="00B46B36">
        <w:rPr>
          <w:rFonts w:ascii="Arial" w:hAnsi="Arial" w:cs="Arial"/>
          <w:sz w:val="20"/>
          <w:szCs w:val="20"/>
          <w:lang w:val="de-CH"/>
        </w:rPr>
        <w:t>Diese</w:t>
      </w:r>
      <w:r w:rsidR="00044454" w:rsidRPr="00B46B36">
        <w:rPr>
          <w:rFonts w:ascii="Arial" w:hAnsi="Arial" w:cs="Arial"/>
          <w:sz w:val="20"/>
          <w:szCs w:val="20"/>
          <w:lang w:val="de-CH"/>
        </w:rPr>
        <w:t>s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>Gesuch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ist bei </w:t>
      </w:r>
      <w:r w:rsidR="00044454" w:rsidRPr="00B46B36">
        <w:rPr>
          <w:rFonts w:ascii="Arial" w:hAnsi="Arial" w:cs="Arial"/>
          <w:sz w:val="20"/>
          <w:szCs w:val="20"/>
          <w:lang w:val="de-CH"/>
        </w:rPr>
        <w:t>der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 xml:space="preserve">Gemeindeverwaltung </w:t>
      </w:r>
      <w:r w:rsidR="00650D1F">
        <w:rPr>
          <w:rFonts w:ascii="Arial" w:hAnsi="Arial" w:cs="Arial"/>
          <w:sz w:val="20"/>
          <w:szCs w:val="20"/>
          <w:lang w:val="de-CH"/>
        </w:rPr>
        <w:t>Ihrer Wohngemeinde (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Aesch, Allschwil, Arlesheim, Ettingen, Oberwil, Pfeffingen, Reinach, Therwil </w:t>
      </w:r>
      <w:r w:rsidR="00650D1F">
        <w:rPr>
          <w:rFonts w:ascii="Arial" w:hAnsi="Arial" w:cs="Arial"/>
          <w:sz w:val="20"/>
          <w:szCs w:val="20"/>
          <w:lang w:val="de-CH"/>
        </w:rPr>
        <w:t>oder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Schönenbuch</w:t>
      </w:r>
      <w:r w:rsidR="00650D1F">
        <w:rPr>
          <w:rFonts w:ascii="Arial" w:hAnsi="Arial" w:cs="Arial"/>
          <w:sz w:val="20"/>
          <w:szCs w:val="20"/>
          <w:lang w:val="de-CH"/>
        </w:rPr>
        <w:t>)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Pr="00071F6D">
        <w:rPr>
          <w:rFonts w:ascii="Arial" w:hAnsi="Arial" w:cs="Arial"/>
          <w:sz w:val="20"/>
          <w:szCs w:val="20"/>
          <w:lang w:val="de-CH"/>
        </w:rPr>
        <w:t xml:space="preserve">zu Handen der Sozialhilfebehörde </w:t>
      </w:r>
      <w:r w:rsidRPr="00B46B36">
        <w:rPr>
          <w:rFonts w:ascii="Arial" w:hAnsi="Arial" w:cs="Arial"/>
          <w:sz w:val="20"/>
          <w:szCs w:val="20"/>
          <w:lang w:val="de-CH"/>
        </w:rPr>
        <w:t>einzureichen.</w:t>
      </w:r>
      <w:r w:rsidR="00044454" w:rsidRPr="00B46B36">
        <w:rPr>
          <w:rFonts w:ascii="Arial" w:hAnsi="Arial" w:cs="Arial"/>
          <w:sz w:val="20"/>
          <w:szCs w:val="20"/>
          <w:lang w:val="de-CH"/>
        </w:rPr>
        <w:t xml:space="preserve"> Als Frist für die Einreichung gilt der </w:t>
      </w:r>
      <w:r w:rsidR="00044454" w:rsidRPr="00B46B36">
        <w:rPr>
          <w:rFonts w:ascii="Arial" w:hAnsi="Arial" w:cs="Arial"/>
          <w:b/>
          <w:bCs/>
          <w:sz w:val="20"/>
          <w:szCs w:val="20"/>
          <w:lang w:val="de-CH"/>
        </w:rPr>
        <w:t>30. Juni</w:t>
      </w:r>
      <w:r w:rsidR="00044454" w:rsidRPr="00B46B36">
        <w:rPr>
          <w:rFonts w:ascii="Arial" w:hAnsi="Arial" w:cs="Arial"/>
          <w:sz w:val="20"/>
          <w:szCs w:val="20"/>
          <w:lang w:val="de-CH"/>
        </w:rPr>
        <w:t xml:space="preserve"> eines Jahres. 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Nur vollständig ausgefüllte </w:t>
      </w:r>
      <w:r w:rsidR="003E3FA1">
        <w:rPr>
          <w:rFonts w:ascii="Arial" w:hAnsi="Arial" w:cs="Arial"/>
          <w:sz w:val="20"/>
          <w:szCs w:val="20"/>
          <w:lang w:val="de-CH"/>
        </w:rPr>
        <w:t>Gesuchf</w:t>
      </w:r>
      <w:r w:rsidR="003E3FA1" w:rsidRPr="00B46B36">
        <w:rPr>
          <w:rFonts w:ascii="Arial" w:hAnsi="Arial" w:cs="Arial"/>
          <w:sz w:val="20"/>
          <w:szCs w:val="20"/>
          <w:lang w:val="de-CH"/>
        </w:rPr>
        <w:t>ormular</w:t>
      </w:r>
      <w:r w:rsidR="00650D1F">
        <w:rPr>
          <w:rFonts w:ascii="Arial" w:hAnsi="Arial" w:cs="Arial"/>
          <w:sz w:val="20"/>
          <w:szCs w:val="20"/>
          <w:lang w:val="de-CH"/>
        </w:rPr>
        <w:t>e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 xml:space="preserve">mit den entsprechenden ergänzenden Unterlagen </w:t>
      </w:r>
      <w:r w:rsidR="00A711AF" w:rsidRPr="00B46B36">
        <w:rPr>
          <w:rFonts w:ascii="Arial" w:hAnsi="Arial" w:cs="Arial"/>
          <w:sz w:val="16"/>
          <w:szCs w:val="16"/>
          <w:lang w:val="de-CH"/>
        </w:rPr>
        <w:t>(</w:t>
      </w:r>
      <w:r w:rsidR="00A711AF" w:rsidRPr="00B46B36">
        <w:rPr>
          <w:rFonts w:ascii="Arial" w:hAnsi="Arial" w:cs="Arial"/>
          <w:i/>
          <w:iCs/>
          <w:sz w:val="16"/>
          <w:szCs w:val="16"/>
          <w:lang w:val="de-CH"/>
        </w:rPr>
        <w:t xml:space="preserve">vgl. Punkt </w:t>
      </w:r>
      <w:r w:rsidR="00B46B36" w:rsidRPr="00B46B36">
        <w:rPr>
          <w:rFonts w:ascii="Arial" w:hAnsi="Arial" w:cs="Arial"/>
          <w:i/>
          <w:iCs/>
          <w:sz w:val="16"/>
          <w:szCs w:val="16"/>
          <w:lang w:val="de-CH"/>
        </w:rPr>
        <w:t>H</w:t>
      </w:r>
      <w:r w:rsidR="00A711AF" w:rsidRPr="00B46B36">
        <w:rPr>
          <w:rFonts w:ascii="Arial" w:hAnsi="Arial" w:cs="Arial"/>
          <w:i/>
          <w:iCs/>
          <w:sz w:val="16"/>
          <w:szCs w:val="16"/>
          <w:lang w:val="de-CH"/>
        </w:rPr>
        <w:t xml:space="preserve"> auf Seite 4</w:t>
      </w:r>
      <w:r w:rsidR="00A711AF" w:rsidRPr="00B46B36">
        <w:rPr>
          <w:rFonts w:ascii="Arial" w:hAnsi="Arial" w:cs="Arial"/>
          <w:sz w:val="16"/>
          <w:szCs w:val="16"/>
          <w:lang w:val="de-CH"/>
        </w:rPr>
        <w:t>)</w:t>
      </w:r>
      <w:r w:rsidR="00A711AF"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>werden</w:t>
      </w:r>
      <w:r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>von der Wehrli-Kommission geprüft.</w:t>
      </w:r>
      <w:r w:rsidR="00B20FD3" w:rsidRPr="00B46B36">
        <w:rPr>
          <w:rFonts w:ascii="Arial" w:hAnsi="Arial" w:cs="Arial"/>
          <w:sz w:val="20"/>
          <w:szCs w:val="20"/>
          <w:lang w:val="de-CH"/>
        </w:rPr>
        <w:t xml:space="preserve"> Mit dem Gesuch ist ein kurzes Begleitschreib</w:t>
      </w:r>
      <w:r w:rsidR="00951446" w:rsidRPr="00B46B36">
        <w:rPr>
          <w:rFonts w:ascii="Arial" w:hAnsi="Arial" w:cs="Arial"/>
          <w:sz w:val="20"/>
          <w:szCs w:val="20"/>
          <w:lang w:val="de-CH"/>
        </w:rPr>
        <w:t>en</w:t>
      </w:r>
      <w:r w:rsidR="00B20FD3"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6C512E" w:rsidRPr="00B46B36">
        <w:rPr>
          <w:rFonts w:ascii="Arial" w:hAnsi="Arial" w:cs="Arial"/>
          <w:sz w:val="20"/>
          <w:szCs w:val="20"/>
          <w:lang w:val="de-CH"/>
        </w:rPr>
        <w:t xml:space="preserve">mit Lebenslauf </w:t>
      </w:r>
      <w:r w:rsidR="00B20FD3" w:rsidRPr="00B46B36">
        <w:rPr>
          <w:rFonts w:ascii="Arial" w:hAnsi="Arial" w:cs="Arial"/>
          <w:sz w:val="20"/>
          <w:szCs w:val="20"/>
          <w:lang w:val="de-CH"/>
        </w:rPr>
        <w:t xml:space="preserve">beizulegen, welches die aktuelle Situation der </w:t>
      </w:r>
      <w:r w:rsidR="00564201">
        <w:rPr>
          <w:rFonts w:ascii="Arial" w:hAnsi="Arial" w:cs="Arial"/>
          <w:sz w:val="20"/>
          <w:szCs w:val="20"/>
          <w:lang w:val="de-CH"/>
        </w:rPr>
        <w:t>gesuchstellenden Person</w:t>
      </w:r>
      <w:r w:rsidR="00B20FD3" w:rsidRPr="00B46B36">
        <w:rPr>
          <w:rFonts w:ascii="Arial" w:hAnsi="Arial" w:cs="Arial"/>
          <w:sz w:val="20"/>
          <w:szCs w:val="20"/>
          <w:lang w:val="de-CH"/>
        </w:rPr>
        <w:t xml:space="preserve"> beschreibt.</w:t>
      </w:r>
      <w:r w:rsidR="00674578" w:rsidRPr="00B46B36">
        <w:rPr>
          <w:rFonts w:ascii="Arial" w:hAnsi="Arial" w:cs="Arial"/>
          <w:sz w:val="20"/>
          <w:szCs w:val="20"/>
          <w:lang w:val="de-CH"/>
        </w:rPr>
        <w:t xml:space="preserve"> </w:t>
      </w:r>
      <w:r w:rsidR="00044454" w:rsidRPr="00B46B36">
        <w:rPr>
          <w:rFonts w:ascii="Arial" w:hAnsi="Arial" w:cs="Arial"/>
          <w:sz w:val="20"/>
          <w:szCs w:val="20"/>
          <w:lang w:val="de-CH"/>
        </w:rPr>
        <w:t>Ergänzende Angaben oder solche, für die nicht genügend Felder vorgesehen sind, können auf einem separaten Blatt beigelegt werden.</w:t>
      </w:r>
    </w:p>
    <w:p w14:paraId="07C05CFA" w14:textId="77777777" w:rsidR="00A076D3" w:rsidRPr="00A711AF" w:rsidRDefault="00A076D3" w:rsidP="00A076D3">
      <w:pPr>
        <w:spacing w:before="120" w:after="120"/>
        <w:ind w:right="142"/>
        <w:rPr>
          <w:rFonts w:ascii="Arial" w:hAnsi="Arial" w:cs="Arial"/>
          <w:sz w:val="20"/>
          <w:szCs w:val="20"/>
          <w:lang w:val="de-CH"/>
        </w:rPr>
      </w:pPr>
    </w:p>
    <w:p w14:paraId="220456BE" w14:textId="453A82C3" w:rsidR="00775E06" w:rsidRPr="00C75CC2" w:rsidRDefault="00044454" w:rsidP="00087C77">
      <w:pPr>
        <w:pStyle w:val="Listenabsatz"/>
        <w:numPr>
          <w:ilvl w:val="0"/>
          <w:numId w:val="10"/>
        </w:numPr>
        <w:pBdr>
          <w:bottom w:val="single" w:sz="4" w:space="1" w:color="auto"/>
        </w:pBdr>
        <w:ind w:left="284" w:hanging="284"/>
        <w:rPr>
          <w:rFonts w:ascii="Arial" w:hAnsi="Arial" w:cs="Arial"/>
          <w:b/>
          <w:bCs/>
          <w:sz w:val="28"/>
          <w:szCs w:val="28"/>
          <w:lang w:val="de-CH"/>
        </w:rPr>
      </w:pPr>
      <w:r w:rsidRPr="00C75CC2">
        <w:rPr>
          <w:rFonts w:ascii="Arial" w:hAnsi="Arial" w:cs="Arial"/>
          <w:b/>
          <w:bCs/>
          <w:sz w:val="28"/>
          <w:szCs w:val="28"/>
          <w:lang w:val="de-CH"/>
        </w:rPr>
        <w:t xml:space="preserve">Angaben zu </w:t>
      </w:r>
      <w:r w:rsidR="003E3FA1">
        <w:rPr>
          <w:rFonts w:ascii="Arial" w:hAnsi="Arial" w:cs="Arial"/>
          <w:b/>
          <w:bCs/>
          <w:sz w:val="28"/>
          <w:szCs w:val="28"/>
          <w:lang w:val="de-CH"/>
        </w:rPr>
        <w:t>gesuchstellender Person</w:t>
      </w:r>
      <w:r w:rsidRPr="00C75CC2">
        <w:rPr>
          <w:rFonts w:ascii="Arial" w:hAnsi="Arial" w:cs="Arial"/>
          <w:b/>
          <w:bCs/>
          <w:sz w:val="28"/>
          <w:szCs w:val="28"/>
          <w:lang w:val="de-CH"/>
        </w:rPr>
        <w:t xml:space="preserve"> </w:t>
      </w:r>
      <w:r w:rsidRPr="00EB396D">
        <w:rPr>
          <w:rFonts w:ascii="Arial" w:hAnsi="Arial" w:cs="Arial"/>
          <w:sz w:val="28"/>
          <w:szCs w:val="28"/>
          <w:lang w:val="de-CH"/>
        </w:rPr>
        <w:t>(Auszubildende</w:t>
      </w:r>
      <w:r w:rsidR="00C75CC2" w:rsidRPr="00EB396D">
        <w:rPr>
          <w:rFonts w:ascii="Arial" w:hAnsi="Arial" w:cs="Arial"/>
          <w:sz w:val="28"/>
          <w:szCs w:val="28"/>
          <w:lang w:val="de-CH"/>
        </w:rPr>
        <w:t>*</w:t>
      </w:r>
      <w:r w:rsidRPr="00EB396D">
        <w:rPr>
          <w:rFonts w:ascii="Arial" w:hAnsi="Arial" w:cs="Arial"/>
          <w:sz w:val="28"/>
          <w:szCs w:val="28"/>
          <w:lang w:val="de-CH"/>
        </w:rPr>
        <w:t>r</w:t>
      </w:r>
      <w:r w:rsidR="0010100B" w:rsidRPr="00EB396D">
        <w:rPr>
          <w:rFonts w:ascii="Arial" w:hAnsi="Arial" w:cs="Arial"/>
          <w:sz w:val="28"/>
          <w:szCs w:val="28"/>
          <w:lang w:val="de-CH"/>
        </w:rPr>
        <w:t xml:space="preserve"> </w:t>
      </w:r>
      <w:r w:rsidR="006F5FE0" w:rsidRPr="00EB396D">
        <w:rPr>
          <w:rFonts w:ascii="Arial" w:hAnsi="Arial" w:cs="Arial"/>
          <w:sz w:val="28"/>
          <w:szCs w:val="28"/>
          <w:lang w:val="de-CH"/>
        </w:rPr>
        <w:t>/</w:t>
      </w:r>
      <w:r w:rsidR="0010100B" w:rsidRPr="00EB396D">
        <w:rPr>
          <w:rFonts w:ascii="Arial" w:hAnsi="Arial" w:cs="Arial"/>
          <w:sz w:val="28"/>
          <w:szCs w:val="28"/>
          <w:lang w:val="de-CH"/>
        </w:rPr>
        <w:t xml:space="preserve"> </w:t>
      </w:r>
      <w:r w:rsidR="006F5FE0" w:rsidRPr="00EB396D">
        <w:rPr>
          <w:rFonts w:ascii="Arial" w:hAnsi="Arial" w:cs="Arial"/>
          <w:sz w:val="28"/>
          <w:szCs w:val="28"/>
          <w:lang w:val="de-CH"/>
        </w:rPr>
        <w:t>Student*in</w:t>
      </w:r>
      <w:r w:rsidRPr="00EB396D">
        <w:rPr>
          <w:rFonts w:ascii="Arial" w:hAnsi="Arial" w:cs="Arial"/>
          <w:sz w:val="28"/>
          <w:szCs w:val="28"/>
          <w:lang w:val="de-CH"/>
        </w:rPr>
        <w:t>)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0"/>
        <w:gridCol w:w="4740"/>
      </w:tblGrid>
      <w:tr w:rsidR="001F413D" w:rsidRPr="00457C5B" w14:paraId="36A02864" w14:textId="77777777" w:rsidTr="00915D6A">
        <w:tc>
          <w:tcPr>
            <w:tcW w:w="4900" w:type="dxa"/>
          </w:tcPr>
          <w:p w14:paraId="7625D818" w14:textId="5EC0E64E" w:rsidR="001F413D" w:rsidRPr="00457C5B" w:rsidRDefault="001F413D" w:rsidP="00915D6A">
            <w:pPr>
              <w:tabs>
                <w:tab w:val="left" w:pos="1168"/>
              </w:tabs>
              <w:rPr>
                <w:rFonts w:ascii="Arial" w:hAnsi="Arial" w:cs="Arial"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>Name</w:t>
            </w:r>
            <w:r w:rsidRPr="00457C5B">
              <w:rPr>
                <w:rFonts w:ascii="Arial" w:hAnsi="Arial" w:cs="Arial"/>
                <w:lang w:val="de-CH"/>
              </w:rPr>
              <w:t>:</w:t>
            </w:r>
            <w:r w:rsidRPr="00457C5B">
              <w:rPr>
                <w:rFonts w:ascii="Arial" w:hAnsi="Arial" w:cs="Arial"/>
                <w:lang w:val="de-CH"/>
              </w:rPr>
              <w:tab/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instrText xml:space="preserve"> FORMTEXT </w:instrText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separate"/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end"/>
            </w:r>
          </w:p>
          <w:p w14:paraId="3F586920" w14:textId="29502C68" w:rsidR="001F413D" w:rsidRPr="00457C5B" w:rsidRDefault="0083307F" w:rsidP="00915D6A">
            <w:pPr>
              <w:tabs>
                <w:tab w:val="left" w:pos="1168"/>
              </w:tabs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87EE9E" wp14:editId="4944F84D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14287</wp:posOffset>
                      </wp:positionV>
                      <wp:extent cx="1920240" cy="0"/>
                      <wp:effectExtent l="0" t="0" r="0" b="0"/>
                      <wp:wrapNone/>
                      <wp:docPr id="2007818660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02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72217" id="Gerader Verbinder 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5pt,1.1pt" to="208.7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" strokecolor="#7f7f7f" strokeweight=".5pt">
                      <v:stroke dashstyle="1 1"/>
                    </v:line>
                  </w:pict>
                </mc:Fallback>
              </mc:AlternateContent>
            </w:r>
          </w:p>
          <w:p w14:paraId="669378CF" w14:textId="1B80D218" w:rsidR="001F413D" w:rsidRPr="00457C5B" w:rsidRDefault="001F413D" w:rsidP="00915D6A">
            <w:pPr>
              <w:tabs>
                <w:tab w:val="left" w:pos="1168"/>
              </w:tabs>
              <w:rPr>
                <w:rFonts w:ascii="Arial" w:hAnsi="Arial" w:cs="Arial"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>Vorname</w:t>
            </w:r>
            <w:r w:rsidRPr="00457C5B">
              <w:rPr>
                <w:rFonts w:ascii="Arial" w:hAnsi="Arial" w:cs="Arial"/>
                <w:lang w:val="de-CH"/>
              </w:rPr>
              <w:t>:</w:t>
            </w:r>
            <w:r w:rsidRPr="00457C5B">
              <w:rPr>
                <w:rFonts w:ascii="Arial" w:hAnsi="Arial" w:cs="Arial"/>
                <w:lang w:val="de-CH"/>
              </w:rPr>
              <w:tab/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</w:p>
          <w:p w14:paraId="6FA19EFB" w14:textId="380890CD" w:rsidR="001F413D" w:rsidRPr="00457C5B" w:rsidRDefault="0083307F" w:rsidP="001F413D">
            <w:pPr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C2BE0E1" wp14:editId="67137D73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16827</wp:posOffset>
                      </wp:positionV>
                      <wp:extent cx="1920240" cy="0"/>
                      <wp:effectExtent l="0" t="0" r="0" b="0"/>
                      <wp:wrapNone/>
                      <wp:docPr id="1000495114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02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3E93FF" id="Gerader Verbinder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5pt,1.3pt" to="208.7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" strokecolor="#7f7f7f" strokeweight=".5pt">
                      <v:stroke dashstyle="1 1"/>
                    </v:line>
                  </w:pict>
                </mc:Fallback>
              </mc:AlternateContent>
            </w:r>
          </w:p>
          <w:p w14:paraId="64437D41" w14:textId="4B54DE69" w:rsidR="001F413D" w:rsidRPr="00457C5B" w:rsidRDefault="001F413D" w:rsidP="00491A98">
            <w:pPr>
              <w:tabs>
                <w:tab w:val="left" w:pos="993"/>
                <w:tab w:val="left" w:pos="2977"/>
                <w:tab w:val="left" w:pos="4395"/>
                <w:tab w:val="left" w:pos="5103"/>
                <w:tab w:val="left" w:pos="5812"/>
                <w:tab w:val="left" w:pos="7230"/>
                <w:tab w:val="left" w:pos="8505"/>
              </w:tabs>
              <w:spacing w:after="60"/>
              <w:rPr>
                <w:rFonts w:ascii="Arial" w:hAnsi="Arial" w:cs="Arial"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 xml:space="preserve">Geburtsdatum 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>(Tag</w:t>
            </w:r>
            <w:r w:rsidR="00E72914">
              <w:rPr>
                <w:rFonts w:ascii="Arial" w:hAnsi="Arial" w:cs="Arial"/>
                <w:sz w:val="18"/>
                <w:szCs w:val="18"/>
                <w:lang w:val="de-CH"/>
              </w:rPr>
              <w:t xml:space="preserve"> /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 xml:space="preserve"> Monat</w:t>
            </w:r>
            <w:r w:rsidR="00E72914">
              <w:rPr>
                <w:rFonts w:ascii="Arial" w:hAnsi="Arial" w:cs="Arial"/>
                <w:sz w:val="18"/>
                <w:szCs w:val="18"/>
                <w:lang w:val="de-CH"/>
              </w:rPr>
              <w:t xml:space="preserve"> /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 xml:space="preserve"> Jahr)</w:t>
            </w:r>
            <w:r w:rsidR="005A0919" w:rsidRPr="00457C5B">
              <w:rPr>
                <w:rFonts w:ascii="Arial" w:hAnsi="Arial" w:cs="Arial"/>
                <w:lang w:val="de-CH"/>
              </w:rPr>
              <w:t>:</w:t>
            </w:r>
          </w:p>
          <w:p w14:paraId="70D77328" w14:textId="0E74A9A5" w:rsidR="001F413D" w:rsidRPr="00457C5B" w:rsidRDefault="00E1090E" w:rsidP="00D4570D">
            <w:pPr>
              <w:tabs>
                <w:tab w:val="right" w:pos="4432"/>
              </w:tabs>
              <w:spacing w:after="60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2A331A" wp14:editId="1663CE8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186055</wp:posOffset>
                      </wp:positionV>
                      <wp:extent cx="2890520" cy="0"/>
                      <wp:effectExtent l="0" t="0" r="0" b="0"/>
                      <wp:wrapNone/>
                      <wp:docPr id="247488922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905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54C498" id="Gerader Verbinder 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4.65pt" to="226.5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" strokecolor="#7f7f7f" strokeweight=".5pt">
                      <v:stroke dashstyle="1 1"/>
                    </v:line>
                  </w:pict>
                </mc:Fallback>
              </mc:AlternateContent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  <w:r w:rsidR="0022658A">
              <w:rPr>
                <w:rFonts w:ascii="Arial" w:hAnsi="Arial" w:cs="Arial"/>
                <w:lang w:val="de-CH"/>
              </w:rPr>
              <w:tab/>
            </w:r>
            <w:r w:rsidR="001857FE" w:rsidRPr="00457C5B">
              <w:rPr>
                <w:rFonts w:ascii="Arial" w:hAnsi="Arial" w:cs="Arial"/>
                <w:lang w:val="de-CH"/>
              </w:rPr>
              <w:t xml:space="preserve">(Alter: 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  <w:r w:rsidR="001857FE" w:rsidRPr="00457C5B">
              <w:rPr>
                <w:rFonts w:ascii="Arial" w:hAnsi="Arial" w:cs="Arial"/>
                <w:lang w:val="de-CH"/>
              </w:rPr>
              <w:t xml:space="preserve"> Jahre)</w:t>
            </w:r>
          </w:p>
        </w:tc>
        <w:tc>
          <w:tcPr>
            <w:tcW w:w="4740" w:type="dxa"/>
          </w:tcPr>
          <w:p w14:paraId="0C7E3BE2" w14:textId="5851DEF2" w:rsidR="001F413D" w:rsidRPr="00457C5B" w:rsidRDefault="001F413D" w:rsidP="00491A98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spacing w:after="60"/>
              <w:rPr>
                <w:rFonts w:ascii="Arial" w:hAnsi="Arial" w:cs="Arial"/>
                <w:b/>
                <w:bCs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>Geschlecht</w:t>
            </w:r>
            <w:r w:rsidR="005A0919" w:rsidRPr="00457C5B">
              <w:rPr>
                <w:rFonts w:ascii="Arial" w:hAnsi="Arial" w:cs="Arial"/>
                <w:b/>
                <w:bCs/>
                <w:lang w:val="de-CH"/>
              </w:rPr>
              <w:t>:</w:t>
            </w:r>
            <w:r w:rsidRPr="00457C5B">
              <w:rPr>
                <w:rFonts w:ascii="Arial" w:hAnsi="Arial" w:cs="Arial"/>
                <w:b/>
                <w:bCs/>
                <w:lang w:val="de-CH"/>
              </w:rPr>
              <w:tab/>
            </w:r>
          </w:p>
          <w:p w14:paraId="5F3EA23C" w14:textId="7F7EE38F" w:rsidR="001F413D" w:rsidRPr="00457C5B" w:rsidRDefault="00000000" w:rsidP="001F413D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7371"/>
                <w:tab w:val="left" w:pos="8505"/>
              </w:tabs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40256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0919" w:rsidRPr="00457C5B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1F413D" w:rsidRPr="00457C5B">
              <w:rPr>
                <w:rFonts w:ascii="Arial" w:hAnsi="Arial" w:cs="Arial"/>
                <w:lang w:val="de-CH"/>
              </w:rPr>
              <w:t xml:space="preserve"> männlich    </w:t>
            </w:r>
            <w:sdt>
              <w:sdtPr>
                <w:rPr>
                  <w:rFonts w:ascii="Arial" w:hAnsi="Arial" w:cs="Arial"/>
                  <w:lang w:val="de-CH"/>
                </w:rPr>
                <w:id w:val="93810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08D3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1F413D" w:rsidRPr="00457C5B">
              <w:rPr>
                <w:rFonts w:ascii="Arial" w:hAnsi="Arial" w:cs="Arial"/>
                <w:lang w:val="de-CH"/>
              </w:rPr>
              <w:t xml:space="preserve"> weiblich    </w:t>
            </w:r>
            <w:sdt>
              <w:sdtPr>
                <w:rPr>
                  <w:rFonts w:ascii="Arial" w:hAnsi="Arial" w:cs="Arial"/>
                  <w:lang w:val="de-CH"/>
                </w:rPr>
                <w:id w:val="109929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08D3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1F413D" w:rsidRPr="00457C5B">
              <w:rPr>
                <w:rFonts w:ascii="Arial" w:hAnsi="Arial" w:cs="Arial"/>
                <w:lang w:val="de-CH"/>
              </w:rPr>
              <w:t xml:space="preserve"> keine Angabe </w:t>
            </w:r>
          </w:p>
          <w:p w14:paraId="53980B36" w14:textId="77777777" w:rsidR="001F413D" w:rsidRPr="00457C5B" w:rsidRDefault="001F413D" w:rsidP="001F413D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7371"/>
                <w:tab w:val="left" w:pos="8505"/>
              </w:tabs>
              <w:rPr>
                <w:rFonts w:ascii="Arial" w:hAnsi="Arial" w:cs="Arial"/>
                <w:lang w:val="de-CH"/>
              </w:rPr>
            </w:pPr>
          </w:p>
          <w:p w14:paraId="68FAA7F4" w14:textId="57E2CF97" w:rsidR="001F413D" w:rsidRPr="00457C5B" w:rsidRDefault="001F413D" w:rsidP="00491A98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spacing w:after="60"/>
              <w:rPr>
                <w:rFonts w:ascii="Arial" w:hAnsi="Arial" w:cs="Arial"/>
                <w:b/>
                <w:bCs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>Zivilstand</w:t>
            </w:r>
            <w:r w:rsidR="005A0919" w:rsidRPr="00457C5B">
              <w:rPr>
                <w:rFonts w:ascii="Arial" w:hAnsi="Arial" w:cs="Arial"/>
                <w:b/>
                <w:bCs/>
                <w:lang w:val="de-CH"/>
              </w:rPr>
              <w:t>:</w:t>
            </w:r>
          </w:p>
          <w:p w14:paraId="1469B70D" w14:textId="2ACD65E7" w:rsidR="001F413D" w:rsidRPr="002F2C58" w:rsidRDefault="00000000" w:rsidP="001F413D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rPr>
                <w:rFonts w:ascii="Arial" w:hAnsi="Arial" w:cs="Arial"/>
                <w:b/>
                <w:bCs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122760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13D" w:rsidRPr="002F2C58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1F413D" w:rsidRPr="002F2C58">
              <w:rPr>
                <w:rFonts w:ascii="Arial" w:hAnsi="Arial" w:cs="Arial"/>
                <w:lang w:val="de-CH"/>
              </w:rPr>
              <w:t xml:space="preserve"> ledig  </w:t>
            </w:r>
            <w:r w:rsidR="002F2C58" w:rsidRPr="002F2C58">
              <w:rPr>
                <w:rFonts w:ascii="Arial" w:hAnsi="Arial" w:cs="Arial"/>
                <w:lang w:val="de-CH"/>
              </w:rPr>
              <w:t xml:space="preserve">  </w:t>
            </w:r>
            <w:r w:rsidR="001F413D" w:rsidRPr="002F2C58">
              <w:rPr>
                <w:rFonts w:ascii="Arial" w:hAnsi="Arial" w:cs="Arial"/>
                <w:lang w:val="de-CH"/>
              </w:rPr>
              <w:t xml:space="preserve"> </w:t>
            </w:r>
            <w:sdt>
              <w:sdtPr>
                <w:rPr>
                  <w:rFonts w:ascii="Arial" w:hAnsi="Arial" w:cs="Arial"/>
                  <w:lang w:val="de-CH"/>
                </w:rPr>
                <w:id w:val="-177546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13D" w:rsidRPr="002F2C58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1F413D" w:rsidRPr="002F2C58">
              <w:rPr>
                <w:rFonts w:ascii="Arial" w:hAnsi="Arial" w:cs="Arial"/>
                <w:lang w:val="de-CH"/>
              </w:rPr>
              <w:t xml:space="preserve"> verheiratet</w:t>
            </w:r>
            <w:r w:rsidR="002F2C58" w:rsidRPr="002F2C58">
              <w:rPr>
                <w:rFonts w:ascii="Arial" w:hAnsi="Arial" w:cs="Arial"/>
                <w:lang w:val="de-CH"/>
              </w:rPr>
              <w:t xml:space="preserve">    </w:t>
            </w:r>
            <w:sdt>
              <w:sdtPr>
                <w:rPr>
                  <w:rFonts w:ascii="Arial" w:hAnsi="Arial" w:cs="Arial"/>
                  <w:lang w:val="de-CH"/>
                </w:rPr>
                <w:id w:val="131607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2C58" w:rsidRPr="002F2C58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1F413D" w:rsidRPr="002F2C58">
              <w:rPr>
                <w:rFonts w:ascii="Arial" w:hAnsi="Arial" w:cs="Arial"/>
                <w:lang w:val="de-CH"/>
              </w:rPr>
              <w:t xml:space="preserve"> </w:t>
            </w:r>
            <w:r w:rsidR="005A0919" w:rsidRPr="002F2C58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2F2C58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2F2C58">
              <w:rPr>
                <w:rFonts w:ascii="Arial" w:hAnsi="Arial" w:cs="Arial"/>
                <w:lang w:val="de-CH"/>
              </w:rPr>
            </w:r>
            <w:r w:rsidR="005A0919" w:rsidRPr="002F2C58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2F2C58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2F2C58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2F2C58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2F2C58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2F2C58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2F2C58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1F413D" w14:paraId="0B21901C" w14:textId="77777777" w:rsidTr="00915D6A">
        <w:tc>
          <w:tcPr>
            <w:tcW w:w="9640" w:type="dxa"/>
            <w:gridSpan w:val="2"/>
          </w:tcPr>
          <w:p w14:paraId="01502556" w14:textId="034F716D" w:rsidR="001F413D" w:rsidRPr="00044454" w:rsidRDefault="006F5F5F" w:rsidP="005A0919">
            <w:pPr>
              <w:spacing w:before="240" w:after="60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b/>
                <w:bCs/>
                <w:lang w:val="de-CH"/>
              </w:rPr>
              <w:t xml:space="preserve">Offizielle </w:t>
            </w:r>
            <w:r w:rsidR="006323A3">
              <w:rPr>
                <w:rFonts w:ascii="Arial" w:hAnsi="Arial" w:cs="Arial"/>
                <w:b/>
                <w:bCs/>
                <w:lang w:val="de-CH"/>
              </w:rPr>
              <w:t>Wohna</w:t>
            </w:r>
            <w:r w:rsidR="001F413D" w:rsidRPr="00491A98">
              <w:rPr>
                <w:rFonts w:ascii="Arial" w:hAnsi="Arial" w:cs="Arial"/>
                <w:b/>
                <w:bCs/>
                <w:lang w:val="de-CH"/>
              </w:rPr>
              <w:t>dresse</w:t>
            </w:r>
            <w:r w:rsidR="001F413D" w:rsidRPr="00044454">
              <w:rPr>
                <w:rFonts w:ascii="Arial" w:hAnsi="Arial" w:cs="Arial"/>
                <w:lang w:val="de-CH"/>
              </w:rPr>
              <w:t xml:space="preserve"> </w:t>
            </w:r>
            <w:r w:rsidR="001F413D" w:rsidRPr="001A427C">
              <w:rPr>
                <w:rFonts w:ascii="Arial" w:hAnsi="Arial" w:cs="Arial"/>
                <w:sz w:val="18"/>
                <w:szCs w:val="18"/>
                <w:lang w:val="de-CH"/>
              </w:rPr>
              <w:t>(Strasse, Postleitzahl, Ort)</w:t>
            </w:r>
            <w:r w:rsidR="005A0919">
              <w:rPr>
                <w:rFonts w:ascii="Arial" w:hAnsi="Arial" w:cs="Arial"/>
                <w:lang w:val="de-CH"/>
              </w:rPr>
              <w:t>:</w:t>
            </w:r>
          </w:p>
          <w:p w14:paraId="7AB4F4D5" w14:textId="0B176241" w:rsidR="001F413D" w:rsidRPr="00457C5B" w:rsidRDefault="00E1090E" w:rsidP="005570DE">
            <w:pPr>
              <w:spacing w:after="60"/>
              <w:ind w:right="459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75AE1C" wp14:editId="73A15C0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181292</wp:posOffset>
                      </wp:positionV>
                      <wp:extent cx="6311265" cy="0"/>
                      <wp:effectExtent l="0" t="0" r="0" b="0"/>
                      <wp:wrapNone/>
                      <wp:docPr id="1867713115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112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2EE31" id="Gerader Verbinder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4.25pt" to="497.0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" strokecolor="#7f7f7f" strokeweight=".5pt">
                      <v:stroke dashstyle="1 1"/>
                    </v:line>
                  </w:pict>
                </mc:Fallback>
              </mc:AlternateContent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1F413D" w:rsidRPr="00457C5B" w14:paraId="4CDAECB5" w14:textId="77777777" w:rsidTr="00D56938">
        <w:tc>
          <w:tcPr>
            <w:tcW w:w="4900" w:type="dxa"/>
            <w:vAlign w:val="center"/>
          </w:tcPr>
          <w:p w14:paraId="29D23FAE" w14:textId="23623EFE" w:rsidR="001F413D" w:rsidRPr="00457C5B" w:rsidRDefault="0083307F" w:rsidP="00820ED7">
            <w:pPr>
              <w:spacing w:before="120" w:after="60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674AAE2" wp14:editId="1B655109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240030</wp:posOffset>
                      </wp:positionV>
                      <wp:extent cx="1823720" cy="9525"/>
                      <wp:effectExtent l="0" t="0" r="24130" b="28575"/>
                      <wp:wrapNone/>
                      <wp:docPr id="138809125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372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19D961" id="Gerader Verbinder 3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85pt,18.9pt" to="230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" strokecolor="#7f7f7f" strokeweight=".5pt">
                      <v:stroke dashstyle="1 1"/>
                    </v:line>
                  </w:pict>
                </mc:Fallback>
              </mc:AlternateContent>
            </w:r>
            <w:r w:rsidR="001F413D" w:rsidRPr="00457C5B">
              <w:rPr>
                <w:rFonts w:ascii="Arial" w:hAnsi="Arial" w:cs="Arial"/>
                <w:b/>
                <w:bCs/>
                <w:lang w:val="de-CH"/>
              </w:rPr>
              <w:t>Telefonnummer</w:t>
            </w:r>
            <w:r w:rsidR="001F413D" w:rsidRPr="00457C5B">
              <w:rPr>
                <w:rFonts w:ascii="Arial" w:hAnsi="Arial" w:cs="Arial"/>
                <w:lang w:val="de-CH"/>
              </w:rPr>
              <w:t>:</w:t>
            </w:r>
            <w:r w:rsidR="00491A98" w:rsidRPr="00457C5B">
              <w:rPr>
                <w:rFonts w:ascii="Arial" w:hAnsi="Arial" w:cs="Arial"/>
                <w:lang w:val="de-CH"/>
              </w:rPr>
              <w:t xml:space="preserve"> </w:t>
            </w:r>
            <w:r w:rsidR="00D548C8">
              <w:rPr>
                <w:rFonts w:ascii="Arial" w:hAnsi="Arial" w:cs="Arial"/>
                <w:lang w:val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 w:rsidR="00D548C8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D548C8">
              <w:rPr>
                <w:rFonts w:ascii="Arial" w:hAnsi="Arial" w:cs="Arial"/>
                <w:lang w:val="de-CH"/>
              </w:rPr>
            </w:r>
            <w:r w:rsidR="00D548C8">
              <w:rPr>
                <w:rFonts w:ascii="Arial" w:hAnsi="Arial" w:cs="Arial"/>
                <w:lang w:val="de-CH"/>
              </w:rPr>
              <w:fldChar w:fldCharType="separate"/>
            </w:r>
            <w:r w:rsidR="00D548C8">
              <w:rPr>
                <w:rFonts w:ascii="Arial" w:hAnsi="Arial" w:cs="Arial"/>
                <w:noProof/>
                <w:lang w:val="de-CH"/>
              </w:rPr>
              <w:t> </w:t>
            </w:r>
            <w:r w:rsidR="00D548C8">
              <w:rPr>
                <w:rFonts w:ascii="Arial" w:hAnsi="Arial" w:cs="Arial"/>
                <w:noProof/>
                <w:lang w:val="de-CH"/>
              </w:rPr>
              <w:t> </w:t>
            </w:r>
            <w:r w:rsidR="00D548C8">
              <w:rPr>
                <w:rFonts w:ascii="Arial" w:hAnsi="Arial" w:cs="Arial"/>
                <w:noProof/>
                <w:lang w:val="de-CH"/>
              </w:rPr>
              <w:t> </w:t>
            </w:r>
            <w:r w:rsidR="00D548C8">
              <w:rPr>
                <w:rFonts w:ascii="Arial" w:hAnsi="Arial" w:cs="Arial"/>
                <w:noProof/>
                <w:lang w:val="de-CH"/>
              </w:rPr>
              <w:t> </w:t>
            </w:r>
            <w:r w:rsidR="00D548C8">
              <w:rPr>
                <w:rFonts w:ascii="Arial" w:hAnsi="Arial" w:cs="Arial"/>
                <w:noProof/>
                <w:lang w:val="de-CH"/>
              </w:rPr>
              <w:t> </w:t>
            </w:r>
            <w:r w:rsidR="00D548C8">
              <w:rPr>
                <w:rFonts w:ascii="Arial" w:hAnsi="Arial" w:cs="Arial"/>
                <w:lang w:val="de-CH"/>
              </w:rPr>
              <w:fldChar w:fldCharType="end"/>
            </w:r>
            <w:bookmarkEnd w:id="0"/>
          </w:p>
        </w:tc>
        <w:tc>
          <w:tcPr>
            <w:tcW w:w="4740" w:type="dxa"/>
          </w:tcPr>
          <w:p w14:paraId="01E1C1F8" w14:textId="708B24CC" w:rsidR="001F413D" w:rsidRPr="00457C5B" w:rsidRDefault="0083307F" w:rsidP="007F4AE1">
            <w:pPr>
              <w:spacing w:before="120" w:after="60"/>
              <w:ind w:right="273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B5FB0D" wp14:editId="454B521C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260984</wp:posOffset>
                      </wp:positionV>
                      <wp:extent cx="2710815" cy="0"/>
                      <wp:effectExtent l="0" t="0" r="0" b="0"/>
                      <wp:wrapNone/>
                      <wp:docPr id="378863494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08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9D2C5" id="Gerader Verbinder 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25pt,20.55pt" to="251.7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" strokecolor="#7f7f7f" strokeweight=".5pt">
                      <v:stroke dashstyle="1 1"/>
                    </v:line>
                  </w:pict>
                </mc:Fallback>
              </mc:AlternateContent>
            </w:r>
            <w:r w:rsidR="001F413D" w:rsidRPr="00457C5B">
              <w:rPr>
                <w:rFonts w:ascii="Arial" w:hAnsi="Arial" w:cs="Arial"/>
                <w:b/>
                <w:bCs/>
                <w:lang w:val="de-CH"/>
              </w:rPr>
              <w:t>E-Mail:</w:t>
            </w:r>
            <w:r w:rsidR="00491A98" w:rsidRPr="00457C5B">
              <w:rPr>
                <w:rFonts w:ascii="Arial" w:hAnsi="Arial" w:cs="Arial"/>
                <w:b/>
                <w:bCs/>
                <w:lang w:val="de-CH"/>
              </w:rPr>
              <w:t xml:space="preserve"> 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575E39" w:rsidRPr="00457C5B" w14:paraId="40702A28" w14:textId="77777777" w:rsidTr="00D56938">
        <w:tc>
          <w:tcPr>
            <w:tcW w:w="9640" w:type="dxa"/>
            <w:gridSpan w:val="2"/>
          </w:tcPr>
          <w:p w14:paraId="0006A3DA" w14:textId="13121F81" w:rsidR="00575E39" w:rsidRPr="00457C5B" w:rsidRDefault="00575E39" w:rsidP="007F4AE1">
            <w:pPr>
              <w:spacing w:before="120" w:after="60"/>
              <w:rPr>
                <w:rFonts w:ascii="Arial" w:hAnsi="Arial" w:cs="Arial"/>
                <w:lang w:val="de-CH"/>
              </w:rPr>
            </w:pPr>
            <w:r w:rsidRPr="00457C5B">
              <w:rPr>
                <w:rFonts w:ascii="Arial" w:hAnsi="Arial" w:cs="Arial"/>
                <w:b/>
                <w:bCs/>
                <w:lang w:val="de-CH"/>
              </w:rPr>
              <w:t>Bürgerrecht</w:t>
            </w:r>
            <w:r w:rsidRPr="00457C5B">
              <w:rPr>
                <w:rFonts w:ascii="Arial" w:hAnsi="Arial" w:cs="Arial"/>
                <w:lang w:val="de-CH"/>
              </w:rPr>
              <w:t xml:space="preserve"> 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>(Heimatort, Kanton</w:t>
            </w:r>
            <w:r w:rsidR="001A427C">
              <w:rPr>
                <w:rFonts w:ascii="Arial" w:hAnsi="Arial" w:cs="Arial"/>
                <w:sz w:val="18"/>
                <w:szCs w:val="18"/>
                <w:lang w:val="de-CH"/>
              </w:rPr>
              <w:t xml:space="preserve">; 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>ohne Schweizer Bürgerrecht: Heimatstaat und Bewilligung)</w:t>
            </w:r>
            <w:r w:rsidR="005A0919" w:rsidRPr="00457C5B">
              <w:rPr>
                <w:rFonts w:ascii="Arial" w:hAnsi="Arial" w:cs="Arial"/>
                <w:lang w:val="de-CH"/>
              </w:rPr>
              <w:t>:</w:t>
            </w:r>
          </w:p>
          <w:p w14:paraId="19C89E5E" w14:textId="1260D795" w:rsidR="00575E39" w:rsidRPr="00457C5B" w:rsidRDefault="0083307F" w:rsidP="005570DE">
            <w:pPr>
              <w:spacing w:after="60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32265A" wp14:editId="345C83A0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172402</wp:posOffset>
                      </wp:positionV>
                      <wp:extent cx="2919413" cy="9525"/>
                      <wp:effectExtent l="0" t="0" r="33655" b="28575"/>
                      <wp:wrapNone/>
                      <wp:docPr id="75007388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19413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F76BF" id="Gerader Verbinder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5pt,13.55pt" to="228.1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" strokecolor="#7f7f7f" strokeweight=".5pt">
                      <v:stroke dashstyle="1 1"/>
                    </v:line>
                  </w:pict>
                </mc:Fallback>
              </mc:AlternateContent>
            </w:r>
            <w:r w:rsidR="005A0919" w:rsidRPr="00457C5B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457C5B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457C5B">
              <w:rPr>
                <w:rFonts w:ascii="Arial" w:hAnsi="Arial" w:cs="Arial"/>
                <w:lang w:val="de-CH"/>
              </w:rPr>
            </w:r>
            <w:r w:rsidR="005A0919" w:rsidRPr="00457C5B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457C5B">
              <w:rPr>
                <w:rFonts w:ascii="Arial" w:hAnsi="Arial" w:cs="Arial"/>
                <w:lang w:val="de-CH"/>
              </w:rPr>
              <w:fldChar w:fldCharType="end"/>
            </w:r>
          </w:p>
        </w:tc>
      </w:tr>
    </w:tbl>
    <w:p w14:paraId="60F3E8AE" w14:textId="44CAA3BE" w:rsidR="00491A98" w:rsidRPr="00D1494E" w:rsidRDefault="00491A98" w:rsidP="00AE76DB">
      <w:pPr>
        <w:shd w:val="clear" w:color="auto" w:fill="FFFFCC"/>
        <w:spacing w:before="240" w:after="60"/>
        <w:ind w:right="7371"/>
        <w:rPr>
          <w:rFonts w:ascii="Arial" w:hAnsi="Arial" w:cs="Arial"/>
          <w:b/>
          <w:bCs/>
          <w:sz w:val="18"/>
          <w:szCs w:val="18"/>
          <w:lang w:val="de-CH"/>
        </w:rPr>
      </w:pPr>
      <w:r w:rsidRPr="00D1494E">
        <w:rPr>
          <w:rFonts w:ascii="Arial" w:hAnsi="Arial" w:cs="Arial"/>
          <w:b/>
          <w:bCs/>
          <w:sz w:val="18"/>
          <w:szCs w:val="18"/>
          <w:lang w:val="de-CH"/>
        </w:rPr>
        <w:t>Zutreffendes bitte ankreuze</w:t>
      </w:r>
      <w:r w:rsidR="00E75D2C" w:rsidRPr="00D1494E">
        <w:rPr>
          <w:rFonts w:ascii="Arial" w:hAnsi="Arial" w:cs="Arial"/>
          <w:b/>
          <w:bCs/>
          <w:sz w:val="18"/>
          <w:szCs w:val="18"/>
          <w:lang w:val="de-CH"/>
        </w:rPr>
        <w:t>n</w:t>
      </w:r>
    </w:p>
    <w:p w14:paraId="61DD3A88" w14:textId="5556B771" w:rsidR="00775E06" w:rsidRDefault="00000000" w:rsidP="00A74FE7">
      <w:pPr>
        <w:spacing w:after="120"/>
        <w:rPr>
          <w:rFonts w:ascii="Arial" w:hAnsi="Arial" w:cs="Arial"/>
          <w:lang w:val="de-CH"/>
        </w:rPr>
      </w:pPr>
      <w:sdt>
        <w:sdtPr>
          <w:rPr>
            <w:rFonts w:ascii="Arial" w:hAnsi="Arial" w:cs="Arial"/>
            <w:lang w:val="de-CH"/>
          </w:rPr>
          <w:id w:val="-83999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1F48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E75D2C">
        <w:rPr>
          <w:rFonts w:ascii="Arial" w:hAnsi="Arial" w:cs="Arial"/>
          <w:lang w:val="de-CH"/>
        </w:rPr>
        <w:t xml:space="preserve">  </w:t>
      </w:r>
      <w:r w:rsidR="00E75D2C" w:rsidRPr="00044454">
        <w:rPr>
          <w:rFonts w:ascii="Arial" w:hAnsi="Arial" w:cs="Arial"/>
          <w:lang w:val="de-CH"/>
        </w:rPr>
        <w:t>Ich besitze d</w:t>
      </w:r>
      <w:r w:rsidR="00E10ED6">
        <w:rPr>
          <w:rFonts w:ascii="Arial" w:hAnsi="Arial" w:cs="Arial"/>
          <w:lang w:val="de-CH"/>
        </w:rPr>
        <w:t>ie</w:t>
      </w:r>
      <w:r w:rsidR="00E75D2C" w:rsidRPr="00044454">
        <w:rPr>
          <w:rFonts w:ascii="Arial" w:hAnsi="Arial" w:cs="Arial"/>
          <w:lang w:val="de-CH"/>
        </w:rPr>
        <w:t xml:space="preserve"> Schweizer </w:t>
      </w:r>
      <w:r w:rsidR="00E10ED6" w:rsidRPr="00E10ED6">
        <w:rPr>
          <w:rFonts w:ascii="Arial" w:hAnsi="Arial" w:cs="Arial"/>
          <w:lang w:val="de-CH"/>
        </w:rPr>
        <w:t>Staatsbürgerschaft</w:t>
      </w:r>
      <w:r w:rsidR="001857FE">
        <w:rPr>
          <w:rFonts w:ascii="Arial" w:hAnsi="Arial" w:cs="Arial"/>
          <w:lang w:val="de-CH"/>
        </w:rPr>
        <w:t>.</w:t>
      </w:r>
    </w:p>
    <w:p w14:paraId="7F1B6B70" w14:textId="062CFA0E" w:rsidR="00775E06" w:rsidRDefault="00000000" w:rsidP="00A74FE7">
      <w:pPr>
        <w:spacing w:after="120"/>
        <w:rPr>
          <w:rFonts w:ascii="Arial" w:hAnsi="Arial" w:cs="Arial"/>
          <w:lang w:val="de-CH"/>
        </w:rPr>
      </w:pPr>
      <w:sdt>
        <w:sdtPr>
          <w:rPr>
            <w:rFonts w:ascii="Arial" w:hAnsi="Arial" w:cs="Arial"/>
            <w:lang w:val="de-CH"/>
          </w:rPr>
          <w:id w:val="-481927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D2C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E75D2C">
        <w:rPr>
          <w:rFonts w:ascii="Arial" w:hAnsi="Arial" w:cs="Arial"/>
          <w:lang w:val="de-CH"/>
        </w:rPr>
        <w:t xml:space="preserve">  </w:t>
      </w:r>
      <w:r w:rsidR="00E75D2C" w:rsidRPr="00044454">
        <w:rPr>
          <w:rFonts w:ascii="Arial" w:hAnsi="Arial" w:cs="Arial"/>
          <w:lang w:val="de-CH"/>
        </w:rPr>
        <w:t>Ich besitze eine Niederlassungsbewilligung</w:t>
      </w:r>
      <w:r w:rsidR="006D1312">
        <w:rPr>
          <w:rFonts w:ascii="Arial" w:hAnsi="Arial" w:cs="Arial"/>
          <w:lang w:val="de-CH"/>
        </w:rPr>
        <w:t xml:space="preserve"> (Ausweis C) oder Aufenthaltsbewilligung (Ausweis B).</w:t>
      </w:r>
    </w:p>
    <w:p w14:paraId="1A571B6E" w14:textId="53FCF00C" w:rsidR="00E10ED6" w:rsidRDefault="00000000" w:rsidP="00E10ED6">
      <w:pPr>
        <w:spacing w:after="120"/>
        <w:rPr>
          <w:rFonts w:ascii="Arial" w:hAnsi="Arial" w:cs="Arial"/>
          <w:lang w:val="de-CH"/>
        </w:rPr>
      </w:pPr>
      <w:sdt>
        <w:sdtPr>
          <w:rPr>
            <w:rFonts w:ascii="Arial" w:hAnsi="Arial" w:cs="Arial"/>
            <w:lang w:val="de-CH"/>
          </w:rPr>
          <w:id w:val="-916624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0ED6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E10ED6">
        <w:rPr>
          <w:rFonts w:ascii="Arial" w:hAnsi="Arial" w:cs="Arial"/>
          <w:lang w:val="de-CH"/>
        </w:rPr>
        <w:t xml:space="preserve">  </w:t>
      </w:r>
      <w:r w:rsidR="00E10ED6" w:rsidRPr="00044454">
        <w:rPr>
          <w:rFonts w:ascii="Arial" w:hAnsi="Arial" w:cs="Arial"/>
          <w:lang w:val="de-CH"/>
        </w:rPr>
        <w:t xml:space="preserve">Ich besitze </w:t>
      </w:r>
      <w:r w:rsidR="00E10ED6">
        <w:rPr>
          <w:rFonts w:ascii="Arial" w:hAnsi="Arial" w:cs="Arial"/>
          <w:lang w:val="de-CH"/>
        </w:rPr>
        <w:t>eine</w:t>
      </w:r>
      <w:r w:rsidR="00E10ED6" w:rsidRPr="00E10ED6">
        <w:rPr>
          <w:rFonts w:ascii="Arial" w:hAnsi="Arial" w:cs="Arial"/>
          <w:lang w:val="de-CH"/>
        </w:rPr>
        <w:t xml:space="preserve"> EU- oder EFTA-Staatsbürgerschaft</w:t>
      </w:r>
      <w:r w:rsidR="00E10ED6">
        <w:rPr>
          <w:rFonts w:ascii="Arial" w:hAnsi="Arial" w:cs="Arial"/>
          <w:lang w:val="de-CH"/>
        </w:rPr>
        <w:t>.</w:t>
      </w:r>
    </w:p>
    <w:p w14:paraId="174084F0" w14:textId="5252668E" w:rsidR="00A74FE7" w:rsidRPr="007F4AE1" w:rsidRDefault="00000000" w:rsidP="00D56938">
      <w:pPr>
        <w:spacing w:after="120"/>
        <w:rPr>
          <w:rFonts w:ascii="Arial" w:hAnsi="Arial" w:cs="Arial"/>
          <w:lang w:val="de-CH"/>
        </w:rPr>
      </w:pPr>
      <w:sdt>
        <w:sdtPr>
          <w:rPr>
            <w:rFonts w:ascii="Arial" w:hAnsi="Arial" w:cs="Arial"/>
            <w:lang w:val="de-CH"/>
          </w:rPr>
          <w:id w:val="-745348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FE7" w:rsidRPr="007F4AE1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A74FE7" w:rsidRPr="007F4AE1">
        <w:rPr>
          <w:rFonts w:ascii="Arial" w:hAnsi="Arial" w:cs="Arial"/>
          <w:lang w:val="de-CH"/>
        </w:rPr>
        <w:t xml:space="preserve">  Anderes:  </w:t>
      </w:r>
      <w:r w:rsidR="00A74FE7" w:rsidRPr="007F4AE1">
        <w:rPr>
          <w:rFonts w:ascii="Arial" w:hAnsi="Arial" w:cs="Arial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74FE7" w:rsidRPr="007F4AE1">
        <w:rPr>
          <w:rFonts w:ascii="Arial" w:hAnsi="Arial" w:cs="Arial"/>
          <w:lang w:val="de-CH"/>
        </w:rPr>
        <w:instrText xml:space="preserve"> FORMTEXT </w:instrText>
      </w:r>
      <w:r w:rsidR="00A74FE7" w:rsidRPr="007F4AE1">
        <w:rPr>
          <w:rFonts w:ascii="Arial" w:hAnsi="Arial" w:cs="Arial"/>
          <w:lang w:val="de-CH"/>
        </w:rPr>
      </w:r>
      <w:r w:rsidR="00A74FE7" w:rsidRPr="007F4AE1">
        <w:rPr>
          <w:rFonts w:ascii="Arial" w:hAnsi="Arial" w:cs="Arial"/>
          <w:lang w:val="de-CH"/>
        </w:rPr>
        <w:fldChar w:fldCharType="separate"/>
      </w:r>
      <w:r w:rsidR="00A74FE7" w:rsidRPr="007F4AE1">
        <w:rPr>
          <w:rFonts w:ascii="Arial" w:hAnsi="Arial" w:cs="Arial"/>
          <w:noProof/>
          <w:lang w:val="de-CH"/>
        </w:rPr>
        <w:t> </w:t>
      </w:r>
      <w:r w:rsidR="00A74FE7" w:rsidRPr="007F4AE1">
        <w:rPr>
          <w:rFonts w:ascii="Arial" w:hAnsi="Arial" w:cs="Arial"/>
          <w:noProof/>
          <w:lang w:val="de-CH"/>
        </w:rPr>
        <w:t> </w:t>
      </w:r>
      <w:r w:rsidR="00A74FE7" w:rsidRPr="007F4AE1">
        <w:rPr>
          <w:rFonts w:ascii="Arial" w:hAnsi="Arial" w:cs="Arial"/>
          <w:noProof/>
          <w:lang w:val="de-CH"/>
        </w:rPr>
        <w:t> </w:t>
      </w:r>
      <w:r w:rsidR="00A74FE7" w:rsidRPr="007F4AE1">
        <w:rPr>
          <w:rFonts w:ascii="Arial" w:hAnsi="Arial" w:cs="Arial"/>
          <w:noProof/>
          <w:lang w:val="de-CH"/>
        </w:rPr>
        <w:t> </w:t>
      </w:r>
      <w:r w:rsidR="00A74FE7" w:rsidRPr="007F4AE1">
        <w:rPr>
          <w:rFonts w:ascii="Arial" w:hAnsi="Arial" w:cs="Arial"/>
          <w:noProof/>
          <w:lang w:val="de-CH"/>
        </w:rPr>
        <w:t> </w:t>
      </w:r>
      <w:r w:rsidR="00A74FE7" w:rsidRPr="007F4AE1">
        <w:rPr>
          <w:rFonts w:ascii="Arial" w:hAnsi="Arial" w:cs="Arial"/>
          <w:lang w:val="de-CH"/>
        </w:rPr>
        <w:fldChar w:fldCharType="end"/>
      </w:r>
    </w:p>
    <w:p w14:paraId="4101D510" w14:textId="3E3539EA" w:rsidR="00492C6E" w:rsidRPr="00044454" w:rsidRDefault="0083307F" w:rsidP="00820ED7">
      <w:pPr>
        <w:spacing w:after="0"/>
        <w:rPr>
          <w:rFonts w:ascii="Arial" w:hAnsi="Arial" w:cs="Arial"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0B2398" wp14:editId="6E0FADA3">
                <wp:simplePos x="0" y="0"/>
                <wp:positionH relativeFrom="column">
                  <wp:posOffset>837248</wp:posOffset>
                </wp:positionH>
                <wp:positionV relativeFrom="paragraph">
                  <wp:posOffset>-84772</wp:posOffset>
                </wp:positionV>
                <wp:extent cx="2914650" cy="0"/>
                <wp:effectExtent l="0" t="0" r="0" b="0"/>
                <wp:wrapNone/>
                <wp:docPr id="1613330002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4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593FD" id="Gerader Verbinder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95pt,-6.65pt" to="295.4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" strokecolor="#7f7f7f" strokeweight=".5pt">
                <v:stroke dashstyle="1 1"/>
              </v:line>
            </w:pict>
          </mc:Fallback>
        </mc:AlternateContent>
      </w:r>
    </w:p>
    <w:p w14:paraId="3700957A" w14:textId="3B7A4B19" w:rsidR="004A25E3" w:rsidRPr="00A548C9" w:rsidRDefault="004A25E3" w:rsidP="005A0919">
      <w:pPr>
        <w:pStyle w:val="Listenabsatz"/>
        <w:numPr>
          <w:ilvl w:val="0"/>
          <w:numId w:val="10"/>
        </w:numPr>
        <w:pBdr>
          <w:bottom w:val="single" w:sz="4" w:space="1" w:color="auto"/>
        </w:pBdr>
        <w:spacing w:before="240" w:after="120"/>
        <w:ind w:left="284" w:hanging="284"/>
        <w:contextualSpacing w:val="0"/>
        <w:rPr>
          <w:rFonts w:ascii="Arial" w:hAnsi="Arial" w:cs="Arial"/>
          <w:b/>
          <w:bCs/>
          <w:sz w:val="20"/>
          <w:szCs w:val="20"/>
          <w:lang w:val="de-CH"/>
        </w:rPr>
      </w:pPr>
      <w:r w:rsidRPr="00A548C9">
        <w:rPr>
          <w:rFonts w:ascii="Arial" w:hAnsi="Arial" w:cs="Arial"/>
          <w:b/>
          <w:bCs/>
          <w:sz w:val="28"/>
          <w:szCs w:val="28"/>
          <w:lang w:val="de-CH"/>
        </w:rPr>
        <w:t xml:space="preserve">Angaben zu Eltern </w:t>
      </w:r>
      <w:r w:rsidR="006F5FE0" w:rsidRPr="00A548C9">
        <w:rPr>
          <w:rFonts w:ascii="Arial" w:hAnsi="Arial" w:cs="Arial"/>
          <w:b/>
          <w:bCs/>
          <w:sz w:val="28"/>
          <w:szCs w:val="28"/>
          <w:lang w:val="de-CH"/>
        </w:rPr>
        <w:t>de</w:t>
      </w:r>
      <w:r w:rsidR="006D1312">
        <w:rPr>
          <w:rFonts w:ascii="Arial" w:hAnsi="Arial" w:cs="Arial"/>
          <w:b/>
          <w:bCs/>
          <w:sz w:val="28"/>
          <w:szCs w:val="28"/>
          <w:lang w:val="de-CH"/>
        </w:rPr>
        <w:t xml:space="preserve">r </w:t>
      </w:r>
      <w:r w:rsidR="006323A3" w:rsidRPr="006323A3">
        <w:rPr>
          <w:rFonts w:ascii="Arial" w:hAnsi="Arial" w:cs="Arial"/>
          <w:b/>
          <w:bCs/>
          <w:sz w:val="28"/>
          <w:szCs w:val="28"/>
          <w:lang w:val="de-CH"/>
        </w:rPr>
        <w:t>gesuchstellende</w:t>
      </w:r>
      <w:r w:rsidR="006323A3">
        <w:rPr>
          <w:rFonts w:ascii="Arial" w:hAnsi="Arial" w:cs="Arial"/>
          <w:b/>
          <w:bCs/>
          <w:sz w:val="28"/>
          <w:szCs w:val="28"/>
          <w:lang w:val="de-CH"/>
        </w:rPr>
        <w:t>n</w:t>
      </w:r>
      <w:r w:rsidR="006323A3" w:rsidRPr="006323A3">
        <w:rPr>
          <w:rFonts w:ascii="Arial" w:hAnsi="Arial" w:cs="Arial"/>
          <w:b/>
          <w:bCs/>
          <w:sz w:val="28"/>
          <w:szCs w:val="28"/>
          <w:lang w:val="de-CH"/>
        </w:rPr>
        <w:t xml:space="preserve"> </w:t>
      </w:r>
      <w:r w:rsidR="006D1312">
        <w:rPr>
          <w:rFonts w:ascii="Arial" w:hAnsi="Arial" w:cs="Arial"/>
          <w:b/>
          <w:bCs/>
          <w:sz w:val="28"/>
          <w:szCs w:val="28"/>
          <w:lang w:val="de-CH"/>
        </w:rPr>
        <w:t>Person</w:t>
      </w:r>
      <w:r w:rsidR="00A548C9" w:rsidRPr="00A548C9">
        <w:rPr>
          <w:rFonts w:ascii="Arial" w:hAnsi="Arial" w:cs="Arial"/>
          <w:b/>
          <w:bCs/>
          <w:sz w:val="28"/>
          <w:szCs w:val="28"/>
          <w:lang w:val="de-CH"/>
        </w:rPr>
        <w:br/>
      </w:r>
      <w:r w:rsidR="00A548C9" w:rsidRPr="00A548C9">
        <w:rPr>
          <w:rFonts w:ascii="Arial" w:hAnsi="Arial" w:cs="Arial"/>
          <w:b/>
          <w:bCs/>
          <w:sz w:val="28"/>
          <w:szCs w:val="28"/>
          <w:lang w:val="de-CH"/>
        </w:rPr>
        <w:tab/>
      </w:r>
      <w:r w:rsidRPr="000840A0">
        <w:rPr>
          <w:rFonts w:ascii="Arial" w:hAnsi="Arial" w:cs="Arial"/>
          <w:sz w:val="20"/>
          <w:szCs w:val="20"/>
          <w:shd w:val="clear" w:color="auto" w:fill="FFFFCC"/>
          <w:lang w:val="de-CH"/>
        </w:rPr>
        <w:t xml:space="preserve">(auch von </w:t>
      </w:r>
      <w:r w:rsidR="00C75F48">
        <w:rPr>
          <w:rFonts w:ascii="Arial" w:hAnsi="Arial" w:cs="Arial"/>
          <w:sz w:val="20"/>
          <w:szCs w:val="20"/>
          <w:shd w:val="clear" w:color="auto" w:fill="FFFFCC"/>
          <w:lang w:val="de-CH"/>
        </w:rPr>
        <w:t>Volljährigen</w:t>
      </w:r>
      <w:r w:rsidRPr="000840A0">
        <w:rPr>
          <w:rFonts w:ascii="Arial" w:hAnsi="Arial" w:cs="Arial"/>
          <w:sz w:val="20"/>
          <w:szCs w:val="20"/>
          <w:shd w:val="clear" w:color="auto" w:fill="FFFFCC"/>
          <w:lang w:val="de-CH"/>
        </w:rPr>
        <w:t xml:space="preserve"> auszufüllen)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5122"/>
      </w:tblGrid>
      <w:tr w:rsidR="004A25E3" w:rsidRPr="007F4AE1" w14:paraId="33582568" w14:textId="77777777" w:rsidTr="004D00D2">
        <w:tc>
          <w:tcPr>
            <w:tcW w:w="4994" w:type="dxa"/>
          </w:tcPr>
          <w:p w14:paraId="2C9B5860" w14:textId="5B637B22" w:rsidR="004A25E3" w:rsidRPr="00750622" w:rsidRDefault="00293A93" w:rsidP="006C2329">
            <w:pPr>
              <w:spacing w:after="240"/>
              <w:rPr>
                <w:rFonts w:ascii="Arial" w:hAnsi="Arial" w:cs="Arial"/>
                <w:i/>
                <w:iCs/>
                <w:lang w:val="de-CH"/>
              </w:rPr>
            </w:pPr>
            <w:r>
              <w:rPr>
                <w:rFonts w:ascii="Arial" w:hAnsi="Arial" w:cs="Arial"/>
                <w:i/>
                <w:iCs/>
                <w:lang w:val="de-CH"/>
              </w:rPr>
              <w:t>Elternteil 1</w:t>
            </w:r>
          </w:p>
          <w:p w14:paraId="2EB6081E" w14:textId="723ED5CB" w:rsidR="004A25E3" w:rsidRPr="007F4AE1" w:rsidRDefault="004A25E3" w:rsidP="007F4AE1">
            <w:pPr>
              <w:tabs>
                <w:tab w:val="left" w:pos="1171"/>
              </w:tabs>
              <w:spacing w:after="60"/>
              <w:rPr>
                <w:rFonts w:ascii="Arial" w:hAnsi="Arial" w:cs="Arial"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Name</w:t>
            </w:r>
            <w:r w:rsidRPr="007F4AE1">
              <w:rPr>
                <w:rFonts w:ascii="Arial" w:hAnsi="Arial" w:cs="Arial"/>
                <w:lang w:val="de-CH"/>
              </w:rPr>
              <w:t>:</w:t>
            </w:r>
            <w:r w:rsidRPr="007F4AE1">
              <w:rPr>
                <w:rFonts w:ascii="Arial" w:hAnsi="Arial" w:cs="Arial"/>
                <w:lang w:val="de-CH"/>
              </w:rPr>
              <w:tab/>
            </w:r>
            <w:r w:rsidR="009C0222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C0222" w:rsidRPr="00BF5152">
              <w:rPr>
                <w:rFonts w:ascii="Arial" w:hAnsi="Arial" w:cs="Arial"/>
                <w:b/>
                <w:bCs/>
                <w:caps/>
                <w:lang w:val="de-CH"/>
              </w:rPr>
              <w:instrText xml:space="preserve"> FORMTEXT </w:instrText>
            </w:r>
            <w:r w:rsidR="009C0222" w:rsidRPr="00BF5152">
              <w:rPr>
                <w:rFonts w:ascii="Arial" w:hAnsi="Arial" w:cs="Arial"/>
                <w:b/>
                <w:bCs/>
                <w:caps/>
                <w:lang w:val="de-CH"/>
              </w:rPr>
            </w:r>
            <w:r w:rsidR="009C0222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separate"/>
            </w:r>
            <w:r w:rsidR="009C0222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9C0222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9C0222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9C0222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9C0222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9C0222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end"/>
            </w:r>
            <w:bookmarkEnd w:id="1"/>
            <w:r w:rsidRPr="007F4AE1">
              <w:rPr>
                <w:rFonts w:ascii="Arial" w:hAnsi="Arial" w:cs="Arial"/>
                <w:lang w:val="de-CH"/>
              </w:rPr>
              <w:t xml:space="preserve"> </w:t>
            </w:r>
          </w:p>
          <w:p w14:paraId="2853DEA7" w14:textId="70378B0A" w:rsidR="004A25E3" w:rsidRPr="007F4AE1" w:rsidRDefault="004A25E3" w:rsidP="00DF2431">
            <w:pPr>
              <w:tabs>
                <w:tab w:val="left" w:pos="1171"/>
              </w:tabs>
              <w:spacing w:before="120" w:after="60" w:line="260" w:lineRule="atLeast"/>
              <w:rPr>
                <w:rFonts w:ascii="Arial" w:hAnsi="Arial" w:cs="Arial"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Vorname</w:t>
            </w:r>
            <w:r w:rsidRPr="007F4AE1">
              <w:rPr>
                <w:rFonts w:ascii="Arial" w:hAnsi="Arial" w:cs="Arial"/>
                <w:lang w:val="de-CH"/>
              </w:rPr>
              <w:t>:</w:t>
            </w:r>
            <w:r w:rsidRPr="007F4AE1">
              <w:rPr>
                <w:rFonts w:ascii="Arial" w:hAnsi="Arial" w:cs="Arial"/>
                <w:lang w:val="de-CH"/>
              </w:rPr>
              <w:tab/>
            </w:r>
            <w:r w:rsidR="005A0919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7F4AE1">
              <w:rPr>
                <w:rFonts w:ascii="Arial" w:hAnsi="Arial" w:cs="Arial"/>
                <w:lang w:val="de-CH"/>
              </w:rPr>
            </w:r>
            <w:r w:rsidR="005A0919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5177" w:type="dxa"/>
          </w:tcPr>
          <w:p w14:paraId="18377C35" w14:textId="47C0B5C5" w:rsidR="004A25E3" w:rsidRPr="00750622" w:rsidRDefault="00293A93" w:rsidP="006C2329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spacing w:after="240"/>
              <w:ind w:left="193"/>
              <w:rPr>
                <w:rFonts w:ascii="Arial" w:hAnsi="Arial" w:cs="Arial"/>
                <w:i/>
                <w:iCs/>
                <w:lang w:val="de-CH"/>
              </w:rPr>
            </w:pPr>
            <w:r>
              <w:rPr>
                <w:rFonts w:ascii="Arial" w:hAnsi="Arial" w:cs="Arial"/>
                <w:i/>
                <w:iCs/>
                <w:lang w:val="de-CH"/>
              </w:rPr>
              <w:t>Elternteil 2</w:t>
            </w:r>
          </w:p>
          <w:p w14:paraId="77FB9B4E" w14:textId="47F17510" w:rsidR="004A25E3" w:rsidRPr="007F4AE1" w:rsidRDefault="004A25E3" w:rsidP="00F119BF">
            <w:pPr>
              <w:spacing w:after="60"/>
              <w:ind w:left="195"/>
              <w:rPr>
                <w:rFonts w:ascii="Arial" w:hAnsi="Arial" w:cs="Arial"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Name</w:t>
            </w:r>
            <w:r w:rsidRPr="007F4AE1">
              <w:rPr>
                <w:rFonts w:ascii="Arial" w:hAnsi="Arial" w:cs="Arial"/>
                <w:lang w:val="de-CH"/>
              </w:rPr>
              <w:t>:</w:t>
            </w:r>
            <w:r w:rsidRPr="007F4AE1">
              <w:rPr>
                <w:rFonts w:ascii="Arial" w:hAnsi="Arial" w:cs="Arial"/>
                <w:lang w:val="de-CH"/>
              </w:rPr>
              <w:tab/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instrText xml:space="preserve"> FORMTEXT </w:instrText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separate"/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noProof/>
                <w:lang w:val="de-CH"/>
              </w:rPr>
              <w:t> </w:t>
            </w:r>
            <w:r w:rsidR="005A0919" w:rsidRPr="00BF5152">
              <w:rPr>
                <w:rFonts w:ascii="Arial" w:hAnsi="Arial" w:cs="Arial"/>
                <w:b/>
                <w:bCs/>
                <w:caps/>
                <w:lang w:val="de-CH"/>
              </w:rPr>
              <w:fldChar w:fldCharType="end"/>
            </w:r>
            <w:r w:rsidRPr="007F4AE1">
              <w:rPr>
                <w:rFonts w:ascii="Arial" w:hAnsi="Arial" w:cs="Arial"/>
                <w:lang w:val="de-CH"/>
              </w:rPr>
              <w:t xml:space="preserve"> </w:t>
            </w:r>
          </w:p>
          <w:p w14:paraId="062422CF" w14:textId="146DD8B2" w:rsidR="004A25E3" w:rsidRPr="007F4AE1" w:rsidRDefault="004A25E3" w:rsidP="00DF2431">
            <w:pPr>
              <w:spacing w:before="120"/>
              <w:ind w:left="195"/>
              <w:rPr>
                <w:rFonts w:ascii="Arial" w:hAnsi="Arial" w:cs="Arial"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Vorname</w:t>
            </w:r>
            <w:r w:rsidRPr="007F4AE1">
              <w:rPr>
                <w:rFonts w:ascii="Arial" w:hAnsi="Arial" w:cs="Arial"/>
                <w:lang w:val="de-CH"/>
              </w:rPr>
              <w:t>:</w:t>
            </w:r>
            <w:r w:rsidRPr="007F4AE1">
              <w:rPr>
                <w:rFonts w:ascii="Arial" w:hAnsi="Arial" w:cs="Arial"/>
                <w:lang w:val="de-CH"/>
              </w:rPr>
              <w:tab/>
            </w:r>
            <w:r w:rsidR="005A0919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7F4AE1">
              <w:rPr>
                <w:rFonts w:ascii="Arial" w:hAnsi="Arial" w:cs="Arial"/>
                <w:lang w:val="de-CH"/>
              </w:rPr>
            </w:r>
            <w:r w:rsidR="005A0919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4A25E3" w:rsidRPr="007F4AE1" w14:paraId="0BFE358D" w14:textId="77777777" w:rsidTr="004D00D2">
        <w:tc>
          <w:tcPr>
            <w:tcW w:w="4994" w:type="dxa"/>
          </w:tcPr>
          <w:p w14:paraId="7B9B858B" w14:textId="4C3F4550" w:rsidR="004A25E3" w:rsidRPr="007F4AE1" w:rsidRDefault="004A25E3" w:rsidP="00D81F48">
            <w:pPr>
              <w:spacing w:before="120" w:after="60"/>
              <w:rPr>
                <w:rFonts w:ascii="Arial" w:hAnsi="Arial" w:cs="Arial"/>
                <w:b/>
                <w:bCs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Zivilstand</w:t>
            </w:r>
            <w:r w:rsidR="006C2329">
              <w:rPr>
                <w:rFonts w:ascii="Arial" w:hAnsi="Arial" w:cs="Arial"/>
                <w:b/>
                <w:bCs/>
                <w:lang w:val="de-CH"/>
              </w:rPr>
              <w:t>:</w:t>
            </w:r>
          </w:p>
          <w:p w14:paraId="185F1A89" w14:textId="5BB0B0BC" w:rsidR="004A25E3" w:rsidRPr="007F4AE1" w:rsidRDefault="00000000" w:rsidP="004A25E3">
            <w:pPr>
              <w:tabs>
                <w:tab w:val="left" w:pos="2298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61026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A32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ledig</w:t>
            </w:r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8181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A32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geschieden</w:t>
            </w:r>
          </w:p>
          <w:p w14:paraId="5C828548" w14:textId="1C20FE74" w:rsidR="004A25E3" w:rsidRPr="007F4AE1" w:rsidRDefault="00000000" w:rsidP="004A25E3">
            <w:pPr>
              <w:tabs>
                <w:tab w:val="left" w:pos="2298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07678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A32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verheiratet</w:t>
            </w:r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56449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5E3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gerichtlich getrennt</w:t>
            </w:r>
          </w:p>
          <w:p w14:paraId="11B62D35" w14:textId="16A9C246" w:rsidR="004A25E3" w:rsidRPr="007F4AE1" w:rsidRDefault="00000000" w:rsidP="004A25E3">
            <w:pPr>
              <w:tabs>
                <w:tab w:val="left" w:pos="2298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31136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5E3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verwitwet</w:t>
            </w:r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74654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5E3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A25E3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>hat/hatte Sorgerecht</w:t>
            </w:r>
          </w:p>
          <w:p w14:paraId="343AC54A" w14:textId="1D4EBF92" w:rsidR="004A25E3" w:rsidRPr="007F4AE1" w:rsidRDefault="002F260B" w:rsidP="007F4AE1">
            <w:pPr>
              <w:tabs>
                <w:tab w:val="left" w:pos="1738"/>
              </w:tabs>
              <w:spacing w:before="240" w:after="120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316703C" wp14:editId="4489B958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325120</wp:posOffset>
                      </wp:positionV>
                      <wp:extent cx="1823720" cy="9525"/>
                      <wp:effectExtent l="0" t="0" r="24130" b="28575"/>
                      <wp:wrapNone/>
                      <wp:docPr id="1682202953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372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7D2027" id="Gerader Verbinder 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45pt,25.6pt" to="229.0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" strokecolor="#7f7f7f" strokeweight=".5pt">
                      <v:stroke dashstyle="1 1"/>
                    </v:line>
                  </w:pict>
                </mc:Fallback>
              </mc:AlternateContent>
            </w:r>
            <w:r w:rsidR="00D81F48" w:rsidRPr="006C2329">
              <w:rPr>
                <w:rFonts w:ascii="Arial" w:hAnsi="Arial" w:cs="Arial"/>
                <w:b/>
                <w:bCs/>
                <w:lang w:val="de-CH"/>
              </w:rPr>
              <w:t>Aktueller Beruf</w:t>
            </w:r>
            <w:r w:rsidR="00D81F48" w:rsidRPr="007F4AE1">
              <w:rPr>
                <w:rFonts w:ascii="Arial" w:hAnsi="Arial" w:cs="Arial"/>
                <w:lang w:val="de-CH"/>
              </w:rPr>
              <w:t xml:space="preserve">: </w:t>
            </w:r>
            <w:r w:rsidR="007F4AE1">
              <w:rPr>
                <w:rFonts w:ascii="Arial" w:hAnsi="Arial" w:cs="Arial"/>
                <w:lang w:val="de-CH"/>
              </w:rPr>
              <w:tab/>
            </w:r>
            <w:r w:rsidR="005A0919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7F4AE1">
              <w:rPr>
                <w:rFonts w:ascii="Arial" w:hAnsi="Arial" w:cs="Arial"/>
                <w:lang w:val="de-CH"/>
              </w:rPr>
            </w:r>
            <w:r w:rsidR="005A0919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lang w:val="de-CH"/>
              </w:rPr>
              <w:fldChar w:fldCharType="end"/>
            </w:r>
          </w:p>
          <w:p w14:paraId="1373ED38" w14:textId="0ED91B88" w:rsidR="00D81F48" w:rsidRPr="007F4AE1" w:rsidRDefault="00D81F48" w:rsidP="005A0919">
            <w:pPr>
              <w:spacing w:before="240"/>
              <w:rPr>
                <w:rFonts w:ascii="Arial" w:hAnsi="Arial" w:cs="Arial"/>
                <w:lang w:val="de-CH"/>
              </w:rPr>
            </w:pPr>
            <w:r w:rsidRPr="006C2329">
              <w:rPr>
                <w:rFonts w:ascii="Arial" w:hAnsi="Arial" w:cs="Arial"/>
                <w:b/>
                <w:bCs/>
                <w:lang w:val="de-CH"/>
              </w:rPr>
              <w:t>Wohnadresse</w:t>
            </w:r>
            <w:r w:rsidRPr="007F4AE1">
              <w:rPr>
                <w:rFonts w:ascii="Arial" w:hAnsi="Arial" w:cs="Arial"/>
                <w:lang w:val="de-CH"/>
              </w:rPr>
              <w:t xml:space="preserve"> 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>(Strasse, PLZ, Ort)</w:t>
            </w:r>
            <w:r w:rsidR="0070762A" w:rsidRPr="00B115BC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  <w:p w14:paraId="3F435C07" w14:textId="71506073" w:rsidR="004A25E3" w:rsidRPr="007F4AE1" w:rsidRDefault="0083307F" w:rsidP="0095686F">
            <w:pPr>
              <w:spacing w:before="120" w:after="60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67B9C2" wp14:editId="3421D673">
                      <wp:simplePos x="0" y="0"/>
                      <wp:positionH relativeFrom="column">
                        <wp:posOffset>-22226</wp:posOffset>
                      </wp:positionH>
                      <wp:positionV relativeFrom="paragraph">
                        <wp:posOffset>288925</wp:posOffset>
                      </wp:positionV>
                      <wp:extent cx="2933383" cy="0"/>
                      <wp:effectExtent l="0" t="0" r="0" b="0"/>
                      <wp:wrapNone/>
                      <wp:docPr id="1227879896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38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706C8F" id="Gerader Verbinder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5pt,22.75pt" to="229.2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" strokecolor="#7f7f7f" strokeweight=".5pt">
                      <v:stroke dashstyle="1 1"/>
                    </v:line>
                  </w:pict>
                </mc:Fallback>
              </mc:AlternateContent>
            </w:r>
            <w:r w:rsidR="00F50A32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0A32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F50A32" w:rsidRPr="007F4AE1">
              <w:rPr>
                <w:rFonts w:ascii="Arial" w:hAnsi="Arial" w:cs="Arial"/>
                <w:lang w:val="de-CH"/>
              </w:rPr>
            </w:r>
            <w:r w:rsidR="00F50A32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lang w:val="de-CH"/>
              </w:rPr>
              <w:fldChar w:fldCharType="end"/>
            </w:r>
            <w:r w:rsidR="006D1244">
              <w:rPr>
                <w:rFonts w:ascii="Arial" w:hAnsi="Arial" w:cs="Arial"/>
                <w:lang w:val="de-CH"/>
              </w:rPr>
              <w:br/>
            </w:r>
          </w:p>
        </w:tc>
        <w:tc>
          <w:tcPr>
            <w:tcW w:w="5177" w:type="dxa"/>
          </w:tcPr>
          <w:p w14:paraId="5B13AD3F" w14:textId="3252DD0A" w:rsidR="00D81F48" w:rsidRPr="007F4AE1" w:rsidRDefault="00D81F48" w:rsidP="00F119BF">
            <w:pPr>
              <w:spacing w:before="120" w:after="60"/>
              <w:ind w:left="195"/>
              <w:rPr>
                <w:rFonts w:ascii="Arial" w:hAnsi="Arial" w:cs="Arial"/>
                <w:b/>
                <w:bCs/>
                <w:lang w:val="de-CH"/>
              </w:rPr>
            </w:pPr>
            <w:r w:rsidRPr="007F4AE1">
              <w:rPr>
                <w:rFonts w:ascii="Arial" w:hAnsi="Arial" w:cs="Arial"/>
                <w:b/>
                <w:bCs/>
                <w:lang w:val="de-CH"/>
              </w:rPr>
              <w:t>Zivilstand</w:t>
            </w:r>
            <w:r w:rsidR="006C2329">
              <w:rPr>
                <w:rFonts w:ascii="Arial" w:hAnsi="Arial" w:cs="Arial"/>
                <w:b/>
                <w:bCs/>
                <w:lang w:val="de-CH"/>
              </w:rPr>
              <w:t>:</w:t>
            </w:r>
          </w:p>
          <w:p w14:paraId="1CEA3CD4" w14:textId="77777777" w:rsidR="00D81F48" w:rsidRPr="007F4AE1" w:rsidRDefault="00000000" w:rsidP="00F119BF">
            <w:pPr>
              <w:tabs>
                <w:tab w:val="left" w:pos="2298"/>
              </w:tabs>
              <w:ind w:left="195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44512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ledig</w:t>
            </w:r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212908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geschieden</w:t>
            </w:r>
          </w:p>
          <w:p w14:paraId="612C5CEB" w14:textId="77777777" w:rsidR="00D81F48" w:rsidRPr="007F4AE1" w:rsidRDefault="00000000" w:rsidP="00F119BF">
            <w:pPr>
              <w:tabs>
                <w:tab w:val="left" w:pos="2298"/>
              </w:tabs>
              <w:ind w:left="195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1251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verheiratet</w:t>
            </w:r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55260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gerichtlich getrennt</w:t>
            </w:r>
          </w:p>
          <w:p w14:paraId="7DF57D48" w14:textId="77777777" w:rsidR="00D81F48" w:rsidRPr="007F4AE1" w:rsidRDefault="00000000" w:rsidP="00F119BF">
            <w:pPr>
              <w:tabs>
                <w:tab w:val="left" w:pos="2298"/>
              </w:tabs>
              <w:ind w:left="195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33506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verwitwet</w:t>
            </w:r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7127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F48" w:rsidRPr="007F4AE1"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D81F48" w:rsidRPr="007F4AE1">
              <w:rPr>
                <w:rFonts w:ascii="Arial" w:hAnsi="Arial" w:cs="Arial"/>
                <w:sz w:val="20"/>
                <w:szCs w:val="20"/>
                <w:lang w:val="de-CH"/>
              </w:rPr>
              <w:t xml:space="preserve"> hat/hatte Sorgerecht</w:t>
            </w:r>
          </w:p>
          <w:p w14:paraId="4DD43229" w14:textId="4274772C" w:rsidR="00D81F48" w:rsidRPr="007F4AE1" w:rsidRDefault="002F260B" w:rsidP="007F4AE1">
            <w:pPr>
              <w:tabs>
                <w:tab w:val="left" w:pos="2037"/>
              </w:tabs>
              <w:spacing w:before="240" w:after="120"/>
              <w:ind w:left="195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784BA1E" wp14:editId="09E6FE1E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324484</wp:posOffset>
                      </wp:positionV>
                      <wp:extent cx="1823720" cy="9525"/>
                      <wp:effectExtent l="0" t="0" r="24130" b="28575"/>
                      <wp:wrapNone/>
                      <wp:docPr id="521737804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372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79369A" id="Gerader Verbinder 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5pt,25.55pt" to="242.7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" strokecolor="#7f7f7f" strokeweight=".5pt">
                      <v:stroke dashstyle="1 1"/>
                    </v:line>
                  </w:pict>
                </mc:Fallback>
              </mc:AlternateContent>
            </w:r>
            <w:r w:rsidR="00D81F48" w:rsidRPr="006C2329">
              <w:rPr>
                <w:rFonts w:ascii="Arial" w:hAnsi="Arial" w:cs="Arial"/>
                <w:b/>
                <w:bCs/>
                <w:lang w:val="de-CH"/>
              </w:rPr>
              <w:t>Aktueller Beruf</w:t>
            </w:r>
            <w:r w:rsidR="00D81F48" w:rsidRPr="007F4AE1">
              <w:rPr>
                <w:rFonts w:ascii="Arial" w:hAnsi="Arial" w:cs="Arial"/>
                <w:lang w:val="de-CH"/>
              </w:rPr>
              <w:t xml:space="preserve">: </w:t>
            </w:r>
            <w:r w:rsidR="007F4AE1">
              <w:rPr>
                <w:rFonts w:ascii="Arial" w:hAnsi="Arial" w:cs="Arial"/>
                <w:lang w:val="de-CH"/>
              </w:rPr>
              <w:tab/>
            </w:r>
            <w:r w:rsidR="005A0919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A0919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5A0919" w:rsidRPr="007F4AE1">
              <w:rPr>
                <w:rFonts w:ascii="Arial" w:hAnsi="Arial" w:cs="Arial"/>
                <w:lang w:val="de-CH"/>
              </w:rPr>
            </w:r>
            <w:r w:rsidR="005A0919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5A0919" w:rsidRPr="007F4AE1">
              <w:rPr>
                <w:rFonts w:ascii="Arial" w:hAnsi="Arial" w:cs="Arial"/>
                <w:lang w:val="de-CH"/>
              </w:rPr>
              <w:fldChar w:fldCharType="end"/>
            </w:r>
          </w:p>
          <w:p w14:paraId="6095243C" w14:textId="71171919" w:rsidR="00D81F48" w:rsidRPr="007F4AE1" w:rsidRDefault="00D81F48" w:rsidP="00F119BF">
            <w:pPr>
              <w:spacing w:before="240" w:after="120"/>
              <w:ind w:left="195"/>
              <w:rPr>
                <w:rFonts w:ascii="Arial" w:hAnsi="Arial" w:cs="Arial"/>
                <w:lang w:val="de-CH"/>
              </w:rPr>
            </w:pPr>
            <w:r w:rsidRPr="006C2329">
              <w:rPr>
                <w:rFonts w:ascii="Arial" w:hAnsi="Arial" w:cs="Arial"/>
                <w:b/>
                <w:bCs/>
                <w:lang w:val="de-CH"/>
              </w:rPr>
              <w:t>Wohnadresse</w:t>
            </w:r>
            <w:r w:rsidRPr="007F4AE1">
              <w:rPr>
                <w:rFonts w:ascii="Arial" w:hAnsi="Arial" w:cs="Arial"/>
                <w:lang w:val="de-CH"/>
              </w:rPr>
              <w:t xml:space="preserve"> </w:t>
            </w:r>
            <w:r w:rsidRPr="001A427C">
              <w:rPr>
                <w:rFonts w:ascii="Arial" w:hAnsi="Arial" w:cs="Arial"/>
                <w:sz w:val="18"/>
                <w:szCs w:val="18"/>
                <w:lang w:val="de-CH"/>
              </w:rPr>
              <w:t>(Strasse, PLZ, Ort)</w:t>
            </w:r>
            <w:r w:rsidR="0070762A" w:rsidRPr="00B115BC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  <w:p w14:paraId="162E5EF9" w14:textId="5636E916" w:rsidR="004A25E3" w:rsidRPr="007F4AE1" w:rsidRDefault="0083307F" w:rsidP="007F4AE1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ind w:left="193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A792E5" wp14:editId="0505A60C">
                      <wp:simplePos x="0" y="0"/>
                      <wp:positionH relativeFrom="column">
                        <wp:posOffset>116206</wp:posOffset>
                      </wp:positionH>
                      <wp:positionV relativeFrom="paragraph">
                        <wp:posOffset>193675</wp:posOffset>
                      </wp:positionV>
                      <wp:extent cx="2966720" cy="0"/>
                      <wp:effectExtent l="0" t="0" r="0" b="0"/>
                      <wp:wrapNone/>
                      <wp:docPr id="1334266530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6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AA5D07" id="Gerader Verbinder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5pt,15.25pt" to="242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" strokecolor="#7f7f7f" strokeweight=".5pt">
                      <v:stroke dashstyle="1 1"/>
                    </v:line>
                  </w:pict>
                </mc:Fallback>
              </mc:AlternateContent>
            </w:r>
            <w:r w:rsidR="00F50A32" w:rsidRPr="007F4AE1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0A32" w:rsidRPr="007F4AE1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F50A32" w:rsidRPr="007F4AE1">
              <w:rPr>
                <w:rFonts w:ascii="Arial" w:hAnsi="Arial" w:cs="Arial"/>
                <w:lang w:val="de-CH"/>
              </w:rPr>
            </w:r>
            <w:r w:rsidR="00F50A32" w:rsidRPr="007F4AE1">
              <w:rPr>
                <w:rFonts w:ascii="Arial" w:hAnsi="Arial" w:cs="Arial"/>
                <w:lang w:val="de-CH"/>
              </w:rPr>
              <w:fldChar w:fldCharType="separate"/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noProof/>
                <w:lang w:val="de-CH"/>
              </w:rPr>
              <w:t> </w:t>
            </w:r>
            <w:r w:rsidR="00F50A32" w:rsidRPr="007F4AE1">
              <w:rPr>
                <w:rFonts w:ascii="Arial" w:hAnsi="Arial" w:cs="Arial"/>
                <w:lang w:val="de-CH"/>
              </w:rPr>
              <w:fldChar w:fldCharType="end"/>
            </w:r>
          </w:p>
        </w:tc>
      </w:tr>
    </w:tbl>
    <w:p w14:paraId="1D153CB0" w14:textId="394E892F" w:rsidR="00A74FE7" w:rsidRDefault="00A74FE7" w:rsidP="00AB5F31">
      <w:pPr>
        <w:tabs>
          <w:tab w:val="right" w:pos="9922"/>
        </w:tabs>
        <w:rPr>
          <w:rFonts w:ascii="Arial" w:hAnsi="Arial" w:cs="Arial"/>
          <w:b/>
          <w:bCs/>
          <w:lang w:val="de-CH"/>
        </w:rPr>
      </w:pPr>
      <w:r w:rsidRPr="00C6001B">
        <w:rPr>
          <w:rFonts w:ascii="Arial" w:hAnsi="Arial" w:cs="Arial"/>
          <w:lang w:val="de-CH"/>
        </w:rPr>
        <w:br w:type="page"/>
      </w:r>
      <w:r w:rsidR="00AB5F31">
        <w:rPr>
          <w:rFonts w:ascii="Arial" w:hAnsi="Arial" w:cs="Arial"/>
          <w:b/>
          <w:bCs/>
          <w:lang w:val="de-CH"/>
        </w:rPr>
        <w:lastRenderedPageBreak/>
        <w:tab/>
      </w:r>
    </w:p>
    <w:p w14:paraId="3EF55257" w14:textId="57790C96" w:rsidR="004A7880" w:rsidRPr="00446DE7" w:rsidRDefault="00087C77" w:rsidP="00087C77">
      <w:pPr>
        <w:pStyle w:val="Listenabsatz"/>
        <w:numPr>
          <w:ilvl w:val="0"/>
          <w:numId w:val="10"/>
        </w:numPr>
        <w:pBdr>
          <w:bottom w:val="single" w:sz="4" w:space="1" w:color="auto"/>
        </w:pBdr>
        <w:ind w:left="284" w:hanging="284"/>
        <w:rPr>
          <w:rFonts w:ascii="Arial" w:hAnsi="Arial" w:cs="Arial"/>
          <w:b/>
          <w:bCs/>
          <w:sz w:val="28"/>
          <w:szCs w:val="28"/>
          <w:lang w:val="de-CH"/>
        </w:rPr>
      </w:pPr>
      <w:r w:rsidRPr="00446DE7">
        <w:rPr>
          <w:rFonts w:ascii="Arial" w:hAnsi="Arial" w:cs="Arial"/>
          <w:b/>
          <w:bCs/>
          <w:sz w:val="28"/>
          <w:szCs w:val="28"/>
          <w:lang w:val="de-CH"/>
        </w:rPr>
        <w:t>Ausbildung</w:t>
      </w:r>
      <w:r w:rsidR="004A7880" w:rsidRPr="00446DE7">
        <w:rPr>
          <w:rFonts w:ascii="Arial" w:hAnsi="Arial" w:cs="Arial"/>
          <w:b/>
          <w:bCs/>
          <w:sz w:val="28"/>
          <w:szCs w:val="28"/>
          <w:lang w:val="de-CH"/>
        </w:rPr>
        <w:t xml:space="preserve">, für </w:t>
      </w:r>
      <w:r w:rsidR="00836CED">
        <w:rPr>
          <w:rFonts w:ascii="Arial" w:hAnsi="Arial" w:cs="Arial"/>
          <w:b/>
          <w:bCs/>
          <w:sz w:val="28"/>
          <w:szCs w:val="28"/>
          <w:lang w:val="de-CH"/>
        </w:rPr>
        <w:t>welche ein</w:t>
      </w:r>
      <w:r w:rsidR="004A7880" w:rsidRPr="00446DE7">
        <w:rPr>
          <w:rFonts w:ascii="Arial" w:hAnsi="Arial" w:cs="Arial"/>
          <w:b/>
          <w:bCs/>
          <w:sz w:val="28"/>
          <w:szCs w:val="28"/>
          <w:lang w:val="de-CH"/>
        </w:rPr>
        <w:t xml:space="preserve"> Beitrag </w:t>
      </w:r>
      <w:r w:rsidR="003410FC" w:rsidRPr="00446DE7">
        <w:rPr>
          <w:rFonts w:ascii="Arial" w:hAnsi="Arial" w:cs="Arial"/>
          <w:b/>
          <w:bCs/>
          <w:sz w:val="28"/>
          <w:szCs w:val="28"/>
          <w:lang w:val="de-CH"/>
        </w:rPr>
        <w:t>beantragt</w:t>
      </w:r>
      <w:r w:rsidR="004A7880" w:rsidRPr="00446DE7">
        <w:rPr>
          <w:rFonts w:ascii="Arial" w:hAnsi="Arial" w:cs="Arial"/>
          <w:b/>
          <w:bCs/>
          <w:sz w:val="28"/>
          <w:szCs w:val="28"/>
          <w:lang w:val="de-CH"/>
        </w:rPr>
        <w:t xml:space="preserve"> wird</w:t>
      </w:r>
    </w:p>
    <w:p w14:paraId="29F2333D" w14:textId="264D67C5" w:rsidR="00A74FE7" w:rsidRPr="00D1494E" w:rsidRDefault="00A74FE7" w:rsidP="00C379BF">
      <w:pPr>
        <w:shd w:val="clear" w:color="auto" w:fill="FFFFCC"/>
        <w:spacing w:after="60"/>
        <w:ind w:right="7371"/>
        <w:rPr>
          <w:rFonts w:ascii="Arial" w:hAnsi="Arial" w:cs="Arial"/>
          <w:b/>
          <w:bCs/>
          <w:sz w:val="18"/>
          <w:szCs w:val="18"/>
          <w:lang w:val="de-CH"/>
        </w:rPr>
      </w:pPr>
      <w:r w:rsidRPr="00D1494E">
        <w:rPr>
          <w:rFonts w:ascii="Arial" w:hAnsi="Arial" w:cs="Arial"/>
          <w:b/>
          <w:bCs/>
          <w:sz w:val="18"/>
          <w:szCs w:val="18"/>
          <w:lang w:val="de-CH"/>
        </w:rPr>
        <w:t>Zutreffendes bitte ankreuzen</w:t>
      </w:r>
    </w:p>
    <w:p w14:paraId="4993C1AA" w14:textId="6FEC3212" w:rsidR="00A74FE7" w:rsidRPr="00CA51A2" w:rsidRDefault="00000000" w:rsidP="00A74FE7">
      <w:pPr>
        <w:spacing w:after="0"/>
        <w:rPr>
          <w:rFonts w:ascii="Arial" w:hAnsi="Arial" w:cs="Arial"/>
          <w:sz w:val="18"/>
          <w:szCs w:val="18"/>
          <w:lang w:val="de-CH"/>
        </w:rPr>
      </w:pPr>
      <w:sdt>
        <w:sdtPr>
          <w:rPr>
            <w:rFonts w:ascii="Arial" w:hAnsi="Arial" w:cs="Arial"/>
            <w:lang w:val="de-CH"/>
          </w:rPr>
          <w:id w:val="99808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FE7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A74FE7">
        <w:rPr>
          <w:rFonts w:ascii="Arial" w:hAnsi="Arial" w:cs="Arial"/>
          <w:lang w:val="de-CH"/>
        </w:rPr>
        <w:t xml:space="preserve">  </w:t>
      </w:r>
      <w:r w:rsidR="00A74FE7" w:rsidRPr="00044454">
        <w:rPr>
          <w:rFonts w:ascii="Arial" w:hAnsi="Arial" w:cs="Arial"/>
          <w:lang w:val="de-CH"/>
        </w:rPr>
        <w:t xml:space="preserve">Ich </w:t>
      </w:r>
      <w:r w:rsidR="00050D23">
        <w:rPr>
          <w:rFonts w:ascii="Arial" w:hAnsi="Arial" w:cs="Arial"/>
          <w:lang w:val="de-CH"/>
        </w:rPr>
        <w:t>mache</w:t>
      </w:r>
      <w:r w:rsidR="00A74FE7" w:rsidRPr="00044454">
        <w:rPr>
          <w:rFonts w:ascii="Arial" w:hAnsi="Arial" w:cs="Arial"/>
          <w:lang w:val="de-CH"/>
        </w:rPr>
        <w:t xml:space="preserve"> bzw. vollende meine </w:t>
      </w:r>
      <w:r w:rsidR="00050D23" w:rsidRPr="00050D23">
        <w:rPr>
          <w:rFonts w:ascii="Arial" w:hAnsi="Arial" w:cs="Arial"/>
          <w:b/>
          <w:bCs/>
          <w:lang w:val="de-CH"/>
        </w:rPr>
        <w:t>e</w:t>
      </w:r>
      <w:r w:rsidR="007E08FA">
        <w:rPr>
          <w:rFonts w:ascii="Arial" w:hAnsi="Arial" w:cs="Arial"/>
          <w:b/>
          <w:bCs/>
          <w:lang w:val="de-CH"/>
        </w:rPr>
        <w:t>rst</w:t>
      </w:r>
      <w:r w:rsidR="00050D23">
        <w:rPr>
          <w:rFonts w:ascii="Arial" w:hAnsi="Arial" w:cs="Arial"/>
          <w:b/>
          <w:bCs/>
          <w:lang w:val="de-CH"/>
        </w:rPr>
        <w:t>e A</w:t>
      </w:r>
      <w:r w:rsidR="00050D23" w:rsidRPr="00836CED">
        <w:rPr>
          <w:rFonts w:ascii="Arial" w:hAnsi="Arial" w:cs="Arial"/>
          <w:b/>
          <w:bCs/>
          <w:lang w:val="de-CH"/>
        </w:rPr>
        <w:t>usbildung</w:t>
      </w:r>
      <w:r w:rsidR="007E08FA">
        <w:rPr>
          <w:rFonts w:ascii="Arial" w:hAnsi="Arial" w:cs="Arial"/>
          <w:b/>
          <w:bCs/>
          <w:lang w:val="de-CH"/>
        </w:rPr>
        <w:t xml:space="preserve"> </w:t>
      </w:r>
      <w:r w:rsidR="007E08FA" w:rsidRPr="007E08FA">
        <w:rPr>
          <w:rFonts w:ascii="Arial" w:hAnsi="Arial" w:cs="Arial"/>
          <w:lang w:val="de-CH"/>
        </w:rPr>
        <w:t>nach der obligatorischen Schule</w:t>
      </w:r>
      <w:r w:rsidR="00A74FE7">
        <w:rPr>
          <w:rFonts w:ascii="Arial" w:hAnsi="Arial" w:cs="Arial"/>
          <w:lang w:val="de-CH"/>
        </w:rPr>
        <w:t xml:space="preserve">. </w:t>
      </w:r>
      <w:r w:rsidR="005B48C2">
        <w:rPr>
          <w:rFonts w:ascii="Arial" w:hAnsi="Arial" w:cs="Arial"/>
          <w:sz w:val="18"/>
          <w:szCs w:val="18"/>
          <w:lang w:val="de-CH"/>
        </w:rPr>
        <w:sym w:font="Wingdings" w:char="F0E0"/>
      </w:r>
      <w:r w:rsidR="00E22449" w:rsidRPr="00CA51A2">
        <w:rPr>
          <w:rFonts w:ascii="Arial" w:hAnsi="Arial" w:cs="Arial"/>
          <w:sz w:val="18"/>
          <w:szCs w:val="18"/>
          <w:lang w:val="de-CH"/>
        </w:rPr>
        <w:t xml:space="preserve"> </w:t>
      </w:r>
      <w:r w:rsidR="00A74FE7" w:rsidRPr="00932BFD">
        <w:rPr>
          <w:rFonts w:ascii="Arial" w:hAnsi="Arial" w:cs="Arial"/>
          <w:sz w:val="18"/>
          <w:szCs w:val="18"/>
          <w:shd w:val="clear" w:color="auto" w:fill="FFFFCC"/>
          <w:lang w:val="de-CH"/>
        </w:rPr>
        <w:t>weiter zu 1</w:t>
      </w:r>
      <w:r w:rsidR="00A74FE7" w:rsidRPr="00CA51A2">
        <w:rPr>
          <w:rFonts w:ascii="Arial" w:hAnsi="Arial" w:cs="Arial"/>
          <w:sz w:val="18"/>
          <w:szCs w:val="18"/>
          <w:lang w:val="de-CH"/>
        </w:rPr>
        <w:t>)</w:t>
      </w:r>
    </w:p>
    <w:p w14:paraId="44798248" w14:textId="18B96222" w:rsidR="00A74FE7" w:rsidRDefault="00000000" w:rsidP="00A74FE7">
      <w:pPr>
        <w:spacing w:after="60"/>
        <w:rPr>
          <w:rFonts w:ascii="Arial" w:hAnsi="Arial" w:cs="Arial"/>
          <w:lang w:val="de-CH"/>
        </w:rPr>
      </w:pPr>
      <w:sdt>
        <w:sdtPr>
          <w:rPr>
            <w:rFonts w:ascii="Arial" w:hAnsi="Arial" w:cs="Arial"/>
            <w:lang w:val="de-CH"/>
          </w:rPr>
          <w:id w:val="-1996718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D47">
            <w:rPr>
              <w:rFonts w:ascii="MS Gothic" w:eastAsia="MS Gothic" w:hAnsi="MS Gothic" w:cs="Arial" w:hint="eastAsia"/>
              <w:lang w:val="de-CH"/>
            </w:rPr>
            <w:t>☐</w:t>
          </w:r>
        </w:sdtContent>
      </w:sdt>
      <w:r w:rsidR="00A74FE7">
        <w:rPr>
          <w:rFonts w:ascii="Arial" w:hAnsi="Arial" w:cs="Arial"/>
          <w:lang w:val="de-CH"/>
        </w:rPr>
        <w:t xml:space="preserve"> </w:t>
      </w:r>
      <w:r w:rsidR="00A74FE7" w:rsidRPr="00044454">
        <w:rPr>
          <w:rFonts w:ascii="Arial" w:hAnsi="Arial" w:cs="Arial"/>
          <w:lang w:val="de-CH"/>
        </w:rPr>
        <w:t xml:space="preserve"> Ich mache eine </w:t>
      </w:r>
      <w:r w:rsidR="005723F0">
        <w:rPr>
          <w:rFonts w:ascii="Arial" w:hAnsi="Arial" w:cs="Arial"/>
          <w:b/>
          <w:bCs/>
          <w:lang w:val="de-CH"/>
        </w:rPr>
        <w:t>weiterführende A</w:t>
      </w:r>
      <w:r w:rsidR="00A74FE7" w:rsidRPr="00836CED">
        <w:rPr>
          <w:rFonts w:ascii="Arial" w:hAnsi="Arial" w:cs="Arial"/>
          <w:b/>
          <w:bCs/>
          <w:lang w:val="de-CH"/>
        </w:rPr>
        <w:t>usbildung</w:t>
      </w:r>
      <w:r w:rsidR="00B32099" w:rsidRPr="00B32099">
        <w:rPr>
          <w:rFonts w:ascii="Arial" w:hAnsi="Arial" w:cs="Arial"/>
          <w:lang w:val="de-CH"/>
        </w:rPr>
        <w:t>,</w:t>
      </w:r>
      <w:r w:rsidR="00B32099">
        <w:rPr>
          <w:rFonts w:ascii="Arial" w:hAnsi="Arial" w:cs="Arial"/>
          <w:b/>
          <w:bCs/>
          <w:lang w:val="de-CH"/>
        </w:rPr>
        <w:t xml:space="preserve"> </w:t>
      </w:r>
      <w:r w:rsidR="00B32099" w:rsidRPr="00B32099">
        <w:rPr>
          <w:rFonts w:ascii="Arial" w:hAnsi="Arial" w:cs="Arial"/>
          <w:lang w:val="de-CH"/>
        </w:rPr>
        <w:t>Weiterbildung,</w:t>
      </w:r>
      <w:r w:rsidR="00B32099">
        <w:rPr>
          <w:rFonts w:ascii="Arial" w:hAnsi="Arial" w:cs="Arial"/>
          <w:b/>
          <w:bCs/>
          <w:lang w:val="de-CH"/>
        </w:rPr>
        <w:t xml:space="preserve"> </w:t>
      </w:r>
      <w:r w:rsidR="00A74FE7" w:rsidRPr="00044454">
        <w:rPr>
          <w:rFonts w:ascii="Arial" w:hAnsi="Arial" w:cs="Arial"/>
          <w:lang w:val="de-CH"/>
        </w:rPr>
        <w:t>spezielle Ausbildung</w:t>
      </w:r>
      <w:r w:rsidR="00A74FE7">
        <w:rPr>
          <w:rFonts w:ascii="Arial" w:hAnsi="Arial" w:cs="Arial"/>
          <w:lang w:val="de-CH"/>
        </w:rPr>
        <w:t>.</w:t>
      </w:r>
      <w:r w:rsidR="005B48C2">
        <w:rPr>
          <w:rFonts w:ascii="Arial" w:hAnsi="Arial" w:cs="Arial"/>
          <w:lang w:val="de-CH"/>
        </w:rPr>
        <w:t xml:space="preserve"> </w:t>
      </w:r>
      <w:r w:rsidR="005B48C2">
        <w:rPr>
          <w:rFonts w:ascii="Arial" w:hAnsi="Arial" w:cs="Arial"/>
          <w:sz w:val="18"/>
          <w:szCs w:val="18"/>
          <w:lang w:val="de-CH"/>
        </w:rPr>
        <w:sym w:font="Wingdings" w:char="F0E0"/>
      </w:r>
      <w:r w:rsidR="00E22449" w:rsidRPr="00CA51A2">
        <w:rPr>
          <w:rFonts w:ascii="Arial" w:hAnsi="Arial" w:cs="Arial"/>
          <w:sz w:val="18"/>
          <w:szCs w:val="18"/>
          <w:lang w:val="de-CH"/>
        </w:rPr>
        <w:t xml:space="preserve"> </w:t>
      </w:r>
      <w:r w:rsidR="00A74FE7" w:rsidRPr="00932BFD">
        <w:rPr>
          <w:rFonts w:ascii="Arial" w:hAnsi="Arial" w:cs="Arial"/>
          <w:sz w:val="18"/>
          <w:szCs w:val="18"/>
          <w:shd w:val="clear" w:color="auto" w:fill="FFFFCC"/>
          <w:lang w:val="de-CH"/>
        </w:rPr>
        <w:t>weiter zu 2</w:t>
      </w:r>
      <w:r w:rsidR="00A74FE7" w:rsidRPr="00CA51A2">
        <w:rPr>
          <w:rFonts w:ascii="Arial" w:hAnsi="Arial" w:cs="Arial"/>
          <w:sz w:val="18"/>
          <w:szCs w:val="18"/>
          <w:lang w:val="de-CH"/>
        </w:rPr>
        <w:t>)</w:t>
      </w:r>
    </w:p>
    <w:p w14:paraId="4B60F9D8" w14:textId="2D18CC00" w:rsidR="00773351" w:rsidRPr="008C0D47" w:rsidRDefault="004A7880" w:rsidP="00E1090E">
      <w:pPr>
        <w:pStyle w:val="Listenabsatz"/>
        <w:numPr>
          <w:ilvl w:val="0"/>
          <w:numId w:val="12"/>
        </w:numPr>
        <w:spacing w:before="240" w:after="60"/>
        <w:ind w:left="284" w:hanging="284"/>
        <w:rPr>
          <w:rFonts w:ascii="Arial" w:hAnsi="Arial" w:cs="Arial"/>
          <w:b/>
          <w:bCs/>
          <w:lang w:val="de-CH"/>
        </w:rPr>
      </w:pPr>
      <w:r w:rsidRPr="008C0D47">
        <w:rPr>
          <w:rFonts w:ascii="Arial" w:hAnsi="Arial" w:cs="Arial"/>
          <w:b/>
          <w:bCs/>
          <w:lang w:val="de-CH"/>
        </w:rPr>
        <w:t xml:space="preserve">Bezeichnung des </w:t>
      </w:r>
      <w:r w:rsidR="008C0D47" w:rsidRPr="008C0D47">
        <w:rPr>
          <w:rFonts w:ascii="Arial" w:hAnsi="Arial" w:cs="Arial"/>
          <w:b/>
          <w:bCs/>
          <w:lang w:val="de-CH"/>
        </w:rPr>
        <w:t xml:space="preserve">Erstausbildung </w:t>
      </w:r>
      <w:r w:rsidR="008C0D47" w:rsidRPr="00A97F78">
        <w:rPr>
          <w:rFonts w:ascii="Arial" w:hAnsi="Arial" w:cs="Arial"/>
          <w:sz w:val="18"/>
          <w:szCs w:val="18"/>
          <w:lang w:val="de-CH"/>
        </w:rPr>
        <w:t>(</w:t>
      </w:r>
      <w:r w:rsidRPr="00A97F78">
        <w:rPr>
          <w:rFonts w:ascii="Arial" w:hAnsi="Arial" w:cs="Arial"/>
          <w:sz w:val="18"/>
          <w:szCs w:val="18"/>
          <w:lang w:val="de-CH"/>
        </w:rPr>
        <w:t>Lehrberuf / Studium</w:t>
      </w:r>
      <w:r w:rsidR="008C0D47" w:rsidRPr="00A97F78">
        <w:rPr>
          <w:rFonts w:ascii="Arial" w:hAnsi="Arial" w:cs="Arial"/>
          <w:sz w:val="18"/>
          <w:szCs w:val="18"/>
          <w:lang w:val="de-CH"/>
        </w:rPr>
        <w:t xml:space="preserve"> – Sekundarstufe II, Terziärstufe)</w:t>
      </w:r>
      <w:r w:rsidR="00393665">
        <w:rPr>
          <w:rFonts w:ascii="Arial" w:hAnsi="Arial" w:cs="Arial"/>
          <w:lang w:val="de-CH"/>
        </w:rPr>
        <w:t>:</w:t>
      </w:r>
    </w:p>
    <w:p w14:paraId="18103D37" w14:textId="4A093D44" w:rsidR="001167B9" w:rsidRPr="001167B9" w:rsidRDefault="00E1090E" w:rsidP="00E1090E">
      <w:pPr>
        <w:tabs>
          <w:tab w:val="left" w:pos="284"/>
        </w:tabs>
        <w:spacing w:after="120"/>
        <w:ind w:left="284" w:right="283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B7FAFD" wp14:editId="2EA1E32B">
                <wp:simplePos x="0" y="0"/>
                <wp:positionH relativeFrom="column">
                  <wp:posOffset>180023</wp:posOffset>
                </wp:positionH>
                <wp:positionV relativeFrom="paragraph">
                  <wp:posOffset>175577</wp:posOffset>
                </wp:positionV>
                <wp:extent cx="4505960" cy="0"/>
                <wp:effectExtent l="0" t="0" r="27940" b="30480"/>
                <wp:wrapNone/>
                <wp:docPr id="1944230691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59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9AA11" id="Gerader Verbinder 3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13.8pt" to="36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" strokecolor="#7f7f7f" strokeweight=".5pt">
                <v:stroke dashstyle="1 1"/>
              </v:line>
            </w:pict>
          </mc:Fallback>
        </mc:AlternateContent>
      </w:r>
      <w:r w:rsidR="001167B9" w:rsidRPr="001167B9">
        <w:rPr>
          <w:rFonts w:ascii="Arial" w:hAnsi="Arial" w:cs="Arial"/>
          <w:lang w:val="de-CH"/>
        </w:rPr>
        <w:fldChar w:fldCharType="begin">
          <w:ffData>
            <w:name w:val=""/>
            <w:enabled/>
            <w:calcOnExit w:val="0"/>
            <w:helpText w:type="text" w:val="Genaue Bezeichnung angeben"/>
            <w:textInput/>
          </w:ffData>
        </w:fldChar>
      </w:r>
      <w:r w:rsidR="001167B9" w:rsidRPr="001167B9">
        <w:rPr>
          <w:rFonts w:ascii="Arial" w:hAnsi="Arial" w:cs="Arial"/>
          <w:lang w:val="de-CH"/>
        </w:rPr>
        <w:instrText xml:space="preserve"> FORMTEXT </w:instrText>
      </w:r>
      <w:r w:rsidR="001167B9" w:rsidRPr="001167B9">
        <w:rPr>
          <w:rFonts w:ascii="Arial" w:hAnsi="Arial" w:cs="Arial"/>
          <w:lang w:val="de-CH"/>
        </w:rPr>
      </w:r>
      <w:r w:rsidR="001167B9" w:rsidRPr="001167B9">
        <w:rPr>
          <w:rFonts w:ascii="Arial" w:hAnsi="Arial" w:cs="Arial"/>
          <w:lang w:val="de-CH"/>
        </w:rPr>
        <w:fldChar w:fldCharType="separate"/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lang w:val="de-CH"/>
        </w:rPr>
        <w:fldChar w:fldCharType="end"/>
      </w:r>
    </w:p>
    <w:p w14:paraId="2F67A5BE" w14:textId="7BECBB2D" w:rsidR="00A74FE7" w:rsidRPr="008C0D47" w:rsidRDefault="00A74FE7" w:rsidP="00E1090E">
      <w:pPr>
        <w:pStyle w:val="Listenabsatz"/>
        <w:numPr>
          <w:ilvl w:val="0"/>
          <w:numId w:val="12"/>
        </w:numPr>
        <w:spacing w:before="120" w:after="60"/>
        <w:ind w:left="284" w:hanging="284"/>
        <w:rPr>
          <w:rFonts w:ascii="Arial" w:hAnsi="Arial" w:cs="Arial"/>
          <w:lang w:val="de-CH"/>
        </w:rPr>
      </w:pPr>
      <w:r w:rsidRPr="008C0D47">
        <w:rPr>
          <w:rFonts w:ascii="Arial" w:hAnsi="Arial" w:cs="Arial"/>
          <w:b/>
          <w:bCs/>
          <w:lang w:val="de-CH"/>
        </w:rPr>
        <w:t xml:space="preserve">Genaue Bezeichnung der </w:t>
      </w:r>
      <w:r w:rsidR="00826EEA">
        <w:rPr>
          <w:rFonts w:ascii="Arial" w:hAnsi="Arial" w:cs="Arial"/>
          <w:b/>
          <w:bCs/>
          <w:lang w:val="de-CH"/>
        </w:rPr>
        <w:t>weiterführenden Au</w:t>
      </w:r>
      <w:r w:rsidRPr="008C0D47">
        <w:rPr>
          <w:rFonts w:ascii="Arial" w:hAnsi="Arial" w:cs="Arial"/>
          <w:b/>
          <w:bCs/>
          <w:lang w:val="de-CH"/>
        </w:rPr>
        <w:t>sbildung</w:t>
      </w:r>
      <w:r w:rsidR="008C0D47">
        <w:rPr>
          <w:rFonts w:ascii="Arial" w:hAnsi="Arial" w:cs="Arial"/>
          <w:b/>
          <w:bCs/>
          <w:lang w:val="de-CH"/>
        </w:rPr>
        <w:t xml:space="preserve"> </w:t>
      </w:r>
      <w:r w:rsidR="008C0D47" w:rsidRPr="00A97F78">
        <w:rPr>
          <w:rFonts w:ascii="Arial" w:hAnsi="Arial" w:cs="Arial"/>
          <w:sz w:val="18"/>
          <w:szCs w:val="18"/>
          <w:lang w:val="de-CH"/>
        </w:rPr>
        <w:t>(nach abgeschlos</w:t>
      </w:r>
      <w:r w:rsidR="00393665" w:rsidRPr="00A97F78">
        <w:rPr>
          <w:rFonts w:ascii="Arial" w:hAnsi="Arial" w:cs="Arial"/>
          <w:sz w:val="18"/>
          <w:szCs w:val="18"/>
          <w:lang w:val="de-CH"/>
        </w:rPr>
        <w:t>s</w:t>
      </w:r>
      <w:r w:rsidR="008C0D47" w:rsidRPr="00A97F78">
        <w:rPr>
          <w:rFonts w:ascii="Arial" w:hAnsi="Arial" w:cs="Arial"/>
          <w:sz w:val="18"/>
          <w:szCs w:val="18"/>
          <w:lang w:val="de-CH"/>
        </w:rPr>
        <w:t>ener Erstausbildung)</w:t>
      </w:r>
      <w:r w:rsidR="00393665">
        <w:rPr>
          <w:rFonts w:ascii="Arial" w:hAnsi="Arial" w:cs="Arial"/>
          <w:lang w:val="de-CH"/>
        </w:rPr>
        <w:t>:</w:t>
      </w:r>
    </w:p>
    <w:p w14:paraId="0E5C8B8A" w14:textId="419F0C8D" w:rsidR="0054608E" w:rsidRPr="001167B9" w:rsidRDefault="007253CE" w:rsidP="00E1090E">
      <w:pPr>
        <w:tabs>
          <w:tab w:val="left" w:pos="284"/>
        </w:tabs>
        <w:spacing w:after="120"/>
        <w:ind w:left="284" w:right="283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920AF6" wp14:editId="32449B8E">
                <wp:simplePos x="0" y="0"/>
                <wp:positionH relativeFrom="column">
                  <wp:posOffset>180975</wp:posOffset>
                </wp:positionH>
                <wp:positionV relativeFrom="paragraph">
                  <wp:posOffset>176847</wp:posOffset>
                </wp:positionV>
                <wp:extent cx="4505960" cy="0"/>
                <wp:effectExtent l="0" t="0" r="0" b="0"/>
                <wp:wrapNone/>
                <wp:docPr id="79655385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59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A7741" id="Gerader Verbinder 3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13.9pt" to="369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" strokecolor="#7f7f7f" strokeweight=".5pt">
                <v:stroke dashstyle="1 1"/>
              </v:line>
            </w:pict>
          </mc:Fallback>
        </mc:AlternateContent>
      </w:r>
      <w:r w:rsidR="0054608E" w:rsidRPr="001167B9">
        <w:rPr>
          <w:rFonts w:ascii="Arial" w:hAnsi="Arial" w:cs="Arial"/>
          <w:lang w:val="de-CH"/>
        </w:rPr>
        <w:fldChar w:fldCharType="begin">
          <w:ffData>
            <w:name w:val=""/>
            <w:enabled/>
            <w:calcOnExit w:val="0"/>
            <w:helpText w:type="text" w:val="Genaue Bezeichnung angeben"/>
            <w:textInput/>
          </w:ffData>
        </w:fldChar>
      </w:r>
      <w:r w:rsidR="0054608E" w:rsidRPr="001167B9">
        <w:rPr>
          <w:rFonts w:ascii="Arial" w:hAnsi="Arial" w:cs="Arial"/>
          <w:lang w:val="de-CH"/>
        </w:rPr>
        <w:instrText xml:space="preserve"> FORMTEXT </w:instrText>
      </w:r>
      <w:r w:rsidR="0054608E" w:rsidRPr="001167B9">
        <w:rPr>
          <w:rFonts w:ascii="Arial" w:hAnsi="Arial" w:cs="Arial"/>
          <w:lang w:val="de-CH"/>
        </w:rPr>
      </w:r>
      <w:r w:rsidR="0054608E" w:rsidRPr="001167B9">
        <w:rPr>
          <w:rFonts w:ascii="Arial" w:hAnsi="Arial" w:cs="Arial"/>
          <w:lang w:val="de-CH"/>
        </w:rPr>
        <w:fldChar w:fldCharType="separate"/>
      </w:r>
      <w:r w:rsidR="0054608E" w:rsidRPr="001167B9">
        <w:rPr>
          <w:rFonts w:ascii="Arial" w:hAnsi="Arial" w:cs="Arial"/>
          <w:noProof/>
          <w:lang w:val="de-CH"/>
        </w:rPr>
        <w:t> </w:t>
      </w:r>
      <w:r w:rsidR="0054608E" w:rsidRPr="001167B9">
        <w:rPr>
          <w:rFonts w:ascii="Arial" w:hAnsi="Arial" w:cs="Arial"/>
          <w:noProof/>
          <w:lang w:val="de-CH"/>
        </w:rPr>
        <w:t> </w:t>
      </w:r>
      <w:r w:rsidR="0054608E" w:rsidRPr="001167B9">
        <w:rPr>
          <w:rFonts w:ascii="Arial" w:hAnsi="Arial" w:cs="Arial"/>
          <w:noProof/>
          <w:lang w:val="de-CH"/>
        </w:rPr>
        <w:t> </w:t>
      </w:r>
      <w:r w:rsidR="0054608E" w:rsidRPr="001167B9">
        <w:rPr>
          <w:rFonts w:ascii="Arial" w:hAnsi="Arial" w:cs="Arial"/>
          <w:noProof/>
          <w:lang w:val="de-CH"/>
        </w:rPr>
        <w:t> </w:t>
      </w:r>
      <w:r w:rsidR="0054608E" w:rsidRPr="001167B9">
        <w:rPr>
          <w:rFonts w:ascii="Arial" w:hAnsi="Arial" w:cs="Arial"/>
          <w:noProof/>
          <w:lang w:val="de-CH"/>
        </w:rPr>
        <w:t> </w:t>
      </w:r>
      <w:r w:rsidR="0054608E" w:rsidRPr="001167B9">
        <w:rPr>
          <w:rFonts w:ascii="Arial" w:hAnsi="Arial" w:cs="Arial"/>
          <w:lang w:val="de-CH"/>
        </w:rPr>
        <w:fldChar w:fldCharType="end"/>
      </w:r>
    </w:p>
    <w:p w14:paraId="3191F4A8" w14:textId="2F393B27" w:rsidR="00A74FE7" w:rsidRDefault="00A74FE7" w:rsidP="00A97F78">
      <w:pPr>
        <w:spacing w:after="0"/>
        <w:rPr>
          <w:rFonts w:ascii="Arial" w:hAnsi="Arial" w:cs="Arial"/>
          <w:b/>
          <w:bCs/>
          <w:lang w:val="de-CH"/>
        </w:rPr>
      </w:pPr>
    </w:p>
    <w:p w14:paraId="30E21D23" w14:textId="0E9BA941" w:rsidR="004A7880" w:rsidRDefault="004A7880" w:rsidP="00E1090E">
      <w:pPr>
        <w:spacing w:after="60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b/>
          <w:bCs/>
          <w:lang w:val="de-CH"/>
        </w:rPr>
        <w:t>Bezeichnung des Lehrbetriebs sowie des Schulorts / Studienorts / Ausbildungsstätte:</w:t>
      </w:r>
    </w:p>
    <w:p w14:paraId="72DE4573" w14:textId="7D93A285" w:rsidR="001167B9" w:rsidRPr="001167B9" w:rsidRDefault="00E1090E" w:rsidP="00E1090E">
      <w:pPr>
        <w:tabs>
          <w:tab w:val="left" w:pos="284"/>
        </w:tabs>
        <w:spacing w:after="120"/>
        <w:ind w:right="283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C15969" wp14:editId="2E38EF13">
                <wp:simplePos x="0" y="0"/>
                <wp:positionH relativeFrom="column">
                  <wp:posOffset>-952</wp:posOffset>
                </wp:positionH>
                <wp:positionV relativeFrom="paragraph">
                  <wp:posOffset>173989</wp:posOffset>
                </wp:positionV>
                <wp:extent cx="4687252" cy="0"/>
                <wp:effectExtent l="0" t="0" r="0" b="0"/>
                <wp:wrapNone/>
                <wp:docPr id="183451814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725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A8DEB8" id="Gerader Verbinder 3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13.7pt" to="36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" strokecolor="#7f7f7f" strokeweight=".5pt">
                <v:stroke dashstyle="1 1"/>
              </v:line>
            </w:pict>
          </mc:Fallback>
        </mc:AlternateContent>
      </w:r>
      <w:r w:rsidR="001167B9" w:rsidRPr="001167B9">
        <w:rPr>
          <w:rFonts w:ascii="Arial" w:hAnsi="Arial" w:cs="Arial"/>
          <w:lang w:val="de-CH"/>
        </w:rPr>
        <w:fldChar w:fldCharType="begin">
          <w:ffData>
            <w:name w:val=""/>
            <w:enabled/>
            <w:calcOnExit w:val="0"/>
            <w:helpText w:type="text" w:val="Genaue Bezeichnung angeben"/>
            <w:textInput/>
          </w:ffData>
        </w:fldChar>
      </w:r>
      <w:r w:rsidR="001167B9" w:rsidRPr="001167B9">
        <w:rPr>
          <w:rFonts w:ascii="Arial" w:hAnsi="Arial" w:cs="Arial"/>
          <w:lang w:val="de-CH"/>
        </w:rPr>
        <w:instrText xml:space="preserve"> FORMTEXT </w:instrText>
      </w:r>
      <w:r w:rsidR="001167B9" w:rsidRPr="001167B9">
        <w:rPr>
          <w:rFonts w:ascii="Arial" w:hAnsi="Arial" w:cs="Arial"/>
          <w:lang w:val="de-CH"/>
        </w:rPr>
      </w:r>
      <w:r w:rsidR="001167B9" w:rsidRPr="001167B9">
        <w:rPr>
          <w:rFonts w:ascii="Arial" w:hAnsi="Arial" w:cs="Arial"/>
          <w:lang w:val="de-CH"/>
        </w:rPr>
        <w:fldChar w:fldCharType="separate"/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noProof/>
          <w:lang w:val="de-CH"/>
        </w:rPr>
        <w:t> </w:t>
      </w:r>
      <w:r w:rsidR="001167B9" w:rsidRPr="001167B9">
        <w:rPr>
          <w:rFonts w:ascii="Arial" w:hAnsi="Arial" w:cs="Arial"/>
          <w:lang w:val="de-CH"/>
        </w:rPr>
        <w:fldChar w:fldCharType="end"/>
      </w:r>
    </w:p>
    <w:p w14:paraId="1271DAA1" w14:textId="4509B637" w:rsidR="004A7880" w:rsidRDefault="004A7880" w:rsidP="00E1090E">
      <w:pPr>
        <w:spacing w:after="60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b/>
          <w:bCs/>
          <w:lang w:val="de-CH"/>
        </w:rPr>
        <w:t xml:space="preserve">Ausbildungsbeginn </w:t>
      </w:r>
      <w:r w:rsidRPr="00A97F78">
        <w:rPr>
          <w:rFonts w:ascii="Arial" w:hAnsi="Arial" w:cs="Arial"/>
          <w:sz w:val="18"/>
          <w:szCs w:val="18"/>
          <w:lang w:val="de-CH"/>
        </w:rPr>
        <w:t>(Monat/Jahr)</w:t>
      </w:r>
      <w:r w:rsidR="00393665">
        <w:rPr>
          <w:rFonts w:ascii="Arial" w:hAnsi="Arial" w:cs="Arial"/>
          <w:lang w:val="de-CH"/>
        </w:rPr>
        <w:t>:</w:t>
      </w:r>
      <w:r w:rsidRPr="004A7880">
        <w:rPr>
          <w:rFonts w:ascii="Arial" w:hAnsi="Arial" w:cs="Arial"/>
          <w:lang w:val="de-CH"/>
        </w:rPr>
        <w:tab/>
      </w:r>
      <w:r>
        <w:rPr>
          <w:rFonts w:ascii="Arial" w:hAnsi="Arial" w:cs="Arial"/>
          <w:b/>
          <w:bCs/>
          <w:lang w:val="de-CH"/>
        </w:rPr>
        <w:tab/>
        <w:t xml:space="preserve">Voraussichtliches Ausbildungsende </w:t>
      </w:r>
      <w:r w:rsidRPr="00A97F78">
        <w:rPr>
          <w:rFonts w:ascii="Arial" w:hAnsi="Arial" w:cs="Arial"/>
          <w:sz w:val="18"/>
          <w:szCs w:val="18"/>
          <w:lang w:val="de-CH"/>
        </w:rPr>
        <w:t>(Monat/Jahr)</w:t>
      </w:r>
      <w:r w:rsidR="00393665">
        <w:rPr>
          <w:rFonts w:ascii="Arial" w:hAnsi="Arial" w:cs="Arial"/>
          <w:lang w:val="de-CH"/>
        </w:rPr>
        <w:t>:</w:t>
      </w:r>
    </w:p>
    <w:p w14:paraId="265A7C3C" w14:textId="47D134EC" w:rsidR="008C0D47" w:rsidRPr="001167B9" w:rsidRDefault="00E1090E" w:rsidP="00E1090E">
      <w:pPr>
        <w:tabs>
          <w:tab w:val="left" w:pos="4395"/>
        </w:tabs>
        <w:spacing w:after="60"/>
        <w:ind w:right="283"/>
        <w:rPr>
          <w:rFonts w:ascii="Arial" w:hAnsi="Arial" w:cs="Arial"/>
          <w:b/>
          <w:bCs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AEAD6BE" wp14:editId="720EB19F">
                <wp:simplePos x="0" y="0"/>
                <wp:positionH relativeFrom="column">
                  <wp:posOffset>2785427</wp:posOffset>
                </wp:positionH>
                <wp:positionV relativeFrom="paragraph">
                  <wp:posOffset>165100</wp:posOffset>
                </wp:positionV>
                <wp:extent cx="2452370" cy="0"/>
                <wp:effectExtent l="0" t="0" r="0" b="0"/>
                <wp:wrapNone/>
                <wp:docPr id="282820774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23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6191F8" id="Gerader Verbinder 3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3pt,13pt" to="412.4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" strokecolor="#7f7f7f" strokeweight=".5pt">
                <v:stroke dashstyle="1 1"/>
              </v:line>
            </w:pict>
          </mc:Fallback>
        </mc:AlternateContent>
      </w: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A54FFD" wp14:editId="1F820B3D">
                <wp:simplePos x="0" y="0"/>
                <wp:positionH relativeFrom="column">
                  <wp:posOffset>-19368</wp:posOffset>
                </wp:positionH>
                <wp:positionV relativeFrom="paragraph">
                  <wp:posOffset>162560</wp:posOffset>
                </wp:positionV>
                <wp:extent cx="2452370" cy="15875"/>
                <wp:effectExtent l="0" t="0" r="24130" b="22225"/>
                <wp:wrapNone/>
                <wp:docPr id="808786930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2370" cy="15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48C8D" id="Gerader Verbinder 3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5pt,12.8pt" to="191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" strokecolor="#7f7f7f" strokeweight=".5pt">
                <v:stroke dashstyle="1 1"/>
              </v:line>
            </w:pict>
          </mc:Fallback>
        </mc:AlternateContent>
      </w:r>
      <w:sdt>
        <w:sdtPr>
          <w:rPr>
            <w:rFonts w:ascii="Arial" w:hAnsi="Arial" w:cs="Arial"/>
            <w:lang w:val="de-CH"/>
          </w:rPr>
          <w:id w:val="-1691298323"/>
          <w:placeholder>
            <w:docPart w:val="DefaultPlaceholder_-1854013437"/>
          </w:placeholder>
          <w:showingPlcHdr/>
          <w:date>
            <w:dateFormat w:val="MMMM yyyy"/>
            <w:lid w:val="de-CH"/>
            <w:storeMappedDataAs w:val="dateTime"/>
            <w:calendar w:val="gregorian"/>
          </w:date>
        </w:sdtPr>
        <w:sdtContent>
          <w:r w:rsidR="007D4FC2" w:rsidRPr="007D4FC2">
            <w:rPr>
              <w:rStyle w:val="Platzhaltertext"/>
              <w:lang w:val="de-CH"/>
            </w:rPr>
            <w:t>Klicken oder tippen Sie, um ein Datum einzugeben.</w:t>
          </w:r>
        </w:sdtContent>
      </w:sdt>
      <w:r w:rsidR="004A7880" w:rsidRPr="001167B9">
        <w:rPr>
          <w:rFonts w:ascii="Arial" w:hAnsi="Arial" w:cs="Arial"/>
          <w:b/>
          <w:bCs/>
          <w:lang w:val="de-CH"/>
        </w:rPr>
        <w:tab/>
      </w:r>
      <w:sdt>
        <w:sdtPr>
          <w:rPr>
            <w:rFonts w:ascii="Arial" w:hAnsi="Arial" w:cs="Arial"/>
            <w:lang w:val="de-CH"/>
          </w:rPr>
          <w:id w:val="-1424252767"/>
          <w:placeholder>
            <w:docPart w:val="24F5149A1EF849B7A54E90442A43E0E2"/>
          </w:placeholder>
          <w:showingPlcHdr/>
          <w:date>
            <w:dateFormat w:val="MMMM yyyy"/>
            <w:lid w:val="de-CH"/>
            <w:storeMappedDataAs w:val="dateTime"/>
            <w:calendar w:val="gregorian"/>
          </w:date>
        </w:sdtPr>
        <w:sdtContent>
          <w:r w:rsidR="007D4FC2" w:rsidRPr="007D4FC2">
            <w:rPr>
              <w:rStyle w:val="Platzhaltertext"/>
              <w:lang w:val="de-CH"/>
            </w:rPr>
            <w:t>Klicken oder tippen Sie, um ein Datum einzugeben.</w:t>
          </w:r>
        </w:sdtContent>
      </w:sdt>
    </w:p>
    <w:p w14:paraId="118420DC" w14:textId="23AB0CC1" w:rsidR="009C1C63" w:rsidRDefault="009C1C63" w:rsidP="004A7880">
      <w:pPr>
        <w:spacing w:after="120"/>
        <w:rPr>
          <w:rFonts w:ascii="Arial" w:hAnsi="Arial" w:cs="Arial"/>
          <w:b/>
          <w:bCs/>
          <w:lang w:val="de-CH"/>
        </w:rPr>
      </w:pPr>
    </w:p>
    <w:p w14:paraId="34DD15B3" w14:textId="03ECC0A7" w:rsidR="004A7880" w:rsidRPr="00AA4351" w:rsidRDefault="004A7880" w:rsidP="00932BFD">
      <w:pPr>
        <w:pStyle w:val="Listenabsatz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120"/>
        <w:ind w:right="708"/>
        <w:rPr>
          <w:rFonts w:ascii="Arial" w:hAnsi="Arial" w:cs="Arial"/>
          <w:b/>
          <w:bCs/>
          <w:sz w:val="18"/>
          <w:szCs w:val="18"/>
          <w:lang w:val="de-CH"/>
        </w:rPr>
      </w:pPr>
      <w:r w:rsidRPr="00AA4351">
        <w:rPr>
          <w:rFonts w:ascii="Arial" w:hAnsi="Arial" w:cs="Arial"/>
          <w:b/>
          <w:bCs/>
          <w:sz w:val="18"/>
          <w:szCs w:val="18"/>
          <w:lang w:val="de-CH"/>
        </w:rPr>
        <w:t xml:space="preserve">Wichtig: </w:t>
      </w:r>
      <w:r w:rsidR="00AA4351">
        <w:rPr>
          <w:rFonts w:ascii="Arial" w:hAnsi="Arial" w:cs="Arial"/>
          <w:b/>
          <w:bCs/>
          <w:sz w:val="18"/>
          <w:szCs w:val="18"/>
          <w:lang w:val="de-CH"/>
        </w:rPr>
        <w:t>D</w:t>
      </w:r>
      <w:r w:rsidRPr="00AA4351">
        <w:rPr>
          <w:rFonts w:ascii="Arial" w:hAnsi="Arial" w:cs="Arial"/>
          <w:b/>
          <w:bCs/>
          <w:sz w:val="18"/>
          <w:szCs w:val="18"/>
          <w:lang w:val="de-CH"/>
        </w:rPr>
        <w:t>em Stipendiengesuch ist eine Kopie des Lehrvertrags bzw. Ausbildungsvertrages resp. eine Kopie der Bestätigung der weiterführenden Schule/</w:t>
      </w:r>
      <w:r w:rsidR="000F24DE" w:rsidRPr="00AA4351">
        <w:rPr>
          <w:rFonts w:ascii="Arial" w:hAnsi="Arial" w:cs="Arial"/>
          <w:b/>
          <w:bCs/>
          <w:sz w:val="18"/>
          <w:szCs w:val="18"/>
          <w:lang w:val="de-CH"/>
        </w:rPr>
        <w:t>Fachhochschule</w:t>
      </w:r>
      <w:r w:rsidRPr="00AA4351">
        <w:rPr>
          <w:rFonts w:ascii="Arial" w:hAnsi="Arial" w:cs="Arial"/>
          <w:b/>
          <w:bCs/>
          <w:sz w:val="18"/>
          <w:szCs w:val="18"/>
          <w:lang w:val="de-CH"/>
        </w:rPr>
        <w:t>/Universität beizulegen</w:t>
      </w:r>
      <w:r w:rsidR="000F24DE" w:rsidRPr="00AA4351">
        <w:rPr>
          <w:rFonts w:ascii="Arial" w:hAnsi="Arial" w:cs="Arial"/>
          <w:b/>
          <w:bCs/>
          <w:sz w:val="18"/>
          <w:szCs w:val="18"/>
          <w:lang w:val="de-CH"/>
        </w:rPr>
        <w:t>.</w:t>
      </w:r>
    </w:p>
    <w:p w14:paraId="415B0404" w14:textId="77777777" w:rsidR="00773351" w:rsidRDefault="00773351" w:rsidP="009F49AC">
      <w:pPr>
        <w:spacing w:after="120"/>
        <w:rPr>
          <w:rFonts w:ascii="Arial" w:hAnsi="Arial" w:cs="Arial"/>
          <w:b/>
          <w:bCs/>
          <w:lang w:val="de-CH"/>
        </w:rPr>
      </w:pPr>
    </w:p>
    <w:p w14:paraId="394F1C8F" w14:textId="67D80B42" w:rsidR="004A7880" w:rsidRPr="00087C77" w:rsidRDefault="004A7880" w:rsidP="00087C77">
      <w:pPr>
        <w:rPr>
          <w:rFonts w:ascii="Arial" w:hAnsi="Arial" w:cs="Arial"/>
          <w:b/>
          <w:bCs/>
          <w:lang w:val="de-CH"/>
        </w:rPr>
      </w:pPr>
      <w:r w:rsidRPr="00087C77">
        <w:rPr>
          <w:rFonts w:ascii="Arial" w:hAnsi="Arial" w:cs="Arial"/>
          <w:b/>
          <w:bCs/>
          <w:lang w:val="de-CH"/>
        </w:rPr>
        <w:t>Vorbildung und Tätigkeiten (Lebenslauf)</w:t>
      </w:r>
    </w:p>
    <w:tbl>
      <w:tblPr>
        <w:tblStyle w:val="Tabellenraster"/>
        <w:tblW w:w="9640" w:type="dxa"/>
        <w:tblBorders>
          <w:top w:val="dotted" w:sz="4" w:space="0" w:color="7F7F7F" w:themeColor="text1" w:themeTint="80"/>
          <w:left w:val="none" w:sz="0" w:space="0" w:color="auto"/>
          <w:bottom w:val="dotted" w:sz="4" w:space="0" w:color="7F7F7F" w:themeColor="text1" w:themeTint="80"/>
          <w:right w:val="none" w:sz="0" w:space="0" w:color="auto"/>
          <w:insideH w:val="dotted" w:sz="4" w:space="0" w:color="7F7F7F" w:themeColor="text1" w:themeTint="8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134"/>
        <w:gridCol w:w="1134"/>
        <w:gridCol w:w="1905"/>
        <w:gridCol w:w="1214"/>
      </w:tblGrid>
      <w:tr w:rsidR="004A7880" w14:paraId="4886599C" w14:textId="77777777" w:rsidTr="00F26787">
        <w:trPr>
          <w:trHeight w:val="454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56387E34" w14:textId="50E4C97B" w:rsidR="004A7880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b/>
                <w:bCs/>
                <w:lang w:val="de-CH"/>
              </w:rPr>
              <w:t>Schule und Ort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04E75BE" w14:textId="35D418EB" w:rsidR="004A7880" w:rsidRPr="00361494" w:rsidRDefault="004A7880" w:rsidP="003420EA">
            <w:pPr>
              <w:spacing w:before="60" w:after="6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61494">
              <w:rPr>
                <w:rFonts w:ascii="Arial" w:hAnsi="Arial" w:cs="Arial"/>
                <w:sz w:val="18"/>
                <w:szCs w:val="18"/>
                <w:lang w:val="de-CH"/>
              </w:rPr>
              <w:t>Von (Jahr)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D07E698" w14:textId="527D9BFF" w:rsidR="004A7880" w:rsidRPr="00361494" w:rsidRDefault="004A7880" w:rsidP="003420EA">
            <w:pPr>
              <w:spacing w:before="60" w:after="6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61494">
              <w:rPr>
                <w:rFonts w:ascii="Arial" w:hAnsi="Arial" w:cs="Arial"/>
                <w:sz w:val="18"/>
                <w:szCs w:val="18"/>
                <w:lang w:val="de-CH"/>
              </w:rPr>
              <w:t>Bis (Jahr)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632636A0" w14:textId="65CDC45B" w:rsidR="004A7880" w:rsidRPr="00361494" w:rsidRDefault="004A7880" w:rsidP="003420EA">
            <w:pPr>
              <w:spacing w:before="60" w:after="6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61494">
              <w:rPr>
                <w:rFonts w:ascii="Arial" w:hAnsi="Arial" w:cs="Arial"/>
                <w:sz w:val="18"/>
                <w:szCs w:val="18"/>
                <w:lang w:val="de-CH"/>
              </w:rPr>
              <w:t>Abschluss</w:t>
            </w:r>
            <w:r w:rsidR="009C1C63" w:rsidRPr="00361494">
              <w:rPr>
                <w:rFonts w:ascii="Arial" w:hAnsi="Arial" w:cs="Arial"/>
                <w:sz w:val="18"/>
                <w:szCs w:val="18"/>
                <w:lang w:val="de-CH"/>
              </w:rPr>
              <w:t>?</w:t>
            </w: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14:paraId="4C0A770F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4A7880" w14:paraId="0CEE6024" w14:textId="77777777" w:rsidTr="00E875F3">
        <w:trPr>
          <w:trHeight w:val="510"/>
        </w:trPr>
        <w:tc>
          <w:tcPr>
            <w:tcW w:w="4253" w:type="dxa"/>
            <w:vAlign w:val="center"/>
          </w:tcPr>
          <w:p w14:paraId="284AC5A1" w14:textId="0B93AFEB" w:rsidR="004A7880" w:rsidRPr="009C1C63" w:rsidRDefault="004A7880" w:rsidP="003420EA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9C1C63">
              <w:rPr>
                <w:rFonts w:ascii="Arial" w:hAnsi="Arial" w:cs="Arial"/>
                <w:lang w:val="de-CH"/>
              </w:rPr>
              <w:t xml:space="preserve">Primarschule in </w:t>
            </w:r>
            <w:r w:rsidRPr="009C1C63">
              <w:rPr>
                <w:rFonts w:ascii="Arial" w:hAnsi="Arial" w:cs="Arial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9C1C63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9C1C63">
              <w:rPr>
                <w:rFonts w:ascii="Arial" w:hAnsi="Arial" w:cs="Arial"/>
                <w:lang w:val="de-CH"/>
              </w:rPr>
            </w:r>
            <w:r w:rsidRPr="009C1C63">
              <w:rPr>
                <w:rFonts w:ascii="Arial" w:hAnsi="Arial" w:cs="Arial"/>
                <w:lang w:val="de-CH"/>
              </w:rPr>
              <w:fldChar w:fldCharType="separate"/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lang w:val="de-CH"/>
              </w:rPr>
              <w:fldChar w:fldCharType="end"/>
            </w:r>
            <w:bookmarkEnd w:id="2"/>
          </w:p>
        </w:tc>
        <w:tc>
          <w:tcPr>
            <w:tcW w:w="1134" w:type="dxa"/>
            <w:vAlign w:val="center"/>
          </w:tcPr>
          <w:p w14:paraId="578C86D5" w14:textId="6D469FD5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  <w:bookmarkEnd w:id="3"/>
          </w:p>
        </w:tc>
        <w:tc>
          <w:tcPr>
            <w:tcW w:w="1134" w:type="dxa"/>
            <w:vAlign w:val="center"/>
          </w:tcPr>
          <w:p w14:paraId="451D6EF2" w14:textId="49597C11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  <w:bookmarkEnd w:id="4"/>
          </w:p>
        </w:tc>
        <w:tc>
          <w:tcPr>
            <w:tcW w:w="1905" w:type="dxa"/>
            <w:vAlign w:val="center"/>
          </w:tcPr>
          <w:p w14:paraId="15362464" w14:textId="3303D219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  <w:bookmarkEnd w:id="5"/>
          </w:p>
        </w:tc>
        <w:tc>
          <w:tcPr>
            <w:tcW w:w="1214" w:type="dxa"/>
            <w:vAlign w:val="center"/>
          </w:tcPr>
          <w:p w14:paraId="591EC813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4A7880" w14:paraId="5234769B" w14:textId="77777777" w:rsidTr="00E875F3">
        <w:trPr>
          <w:trHeight w:val="510"/>
        </w:trPr>
        <w:tc>
          <w:tcPr>
            <w:tcW w:w="4253" w:type="dxa"/>
            <w:vAlign w:val="center"/>
          </w:tcPr>
          <w:p w14:paraId="6E8525A0" w14:textId="247DF874" w:rsidR="004A7880" w:rsidRPr="009C1C63" w:rsidRDefault="004A7880" w:rsidP="003420EA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9C1C63">
              <w:rPr>
                <w:rFonts w:ascii="Arial" w:hAnsi="Arial" w:cs="Arial"/>
                <w:lang w:val="de-CH"/>
              </w:rPr>
              <w:t>Sekundarschule</w:t>
            </w:r>
            <w:r w:rsidR="000037DB">
              <w:rPr>
                <w:rFonts w:ascii="Arial" w:hAnsi="Arial" w:cs="Arial"/>
                <w:lang w:val="de-CH"/>
              </w:rPr>
              <w:t xml:space="preserve">   </w: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t xml:space="preserve">A </w: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"/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FORMCHECKBOX </w:instrTex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separate"/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end"/>
            </w:r>
            <w:bookmarkEnd w:id="6"/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t xml:space="preserve"> / E </w: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FORMCHECKBOX </w:instrTex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separate"/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end"/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t xml:space="preserve"> / P </w: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FORMCHECKBOX </w:instrText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separate"/>
            </w:r>
            <w:r w:rsidR="009C1C63" w:rsidRPr="000037DB">
              <w:rPr>
                <w:rFonts w:ascii="Arial" w:hAnsi="Arial" w:cs="Arial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01615E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00F88A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905" w:type="dxa"/>
            <w:vAlign w:val="center"/>
          </w:tcPr>
          <w:p w14:paraId="3D4B921C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17311D0F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4A7880" w14:paraId="7303676C" w14:textId="77777777" w:rsidTr="00E875F3">
        <w:trPr>
          <w:trHeight w:val="510"/>
        </w:trPr>
        <w:tc>
          <w:tcPr>
            <w:tcW w:w="4253" w:type="dxa"/>
            <w:vAlign w:val="center"/>
          </w:tcPr>
          <w:p w14:paraId="41B6EDF4" w14:textId="74D7F815" w:rsidR="004A7880" w:rsidRPr="009C1C63" w:rsidRDefault="009C1C63" w:rsidP="003420EA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9C1C63">
              <w:rPr>
                <w:rFonts w:ascii="Arial" w:hAnsi="Arial" w:cs="Arial"/>
                <w:lang w:val="de-CH"/>
              </w:rPr>
              <w:t>Privatschule</w:t>
            </w:r>
            <w:r w:rsidR="004A7880" w:rsidRPr="009C1C63">
              <w:rPr>
                <w:rFonts w:ascii="Arial" w:hAnsi="Arial" w:cs="Arial"/>
                <w:lang w:val="de-CH"/>
              </w:rPr>
              <w:t xml:space="preserve"> in </w:t>
            </w:r>
            <w:r w:rsidR="004A7880" w:rsidRPr="009C1C63">
              <w:rPr>
                <w:rFonts w:ascii="Arial" w:hAnsi="Arial" w:cs="Arial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A7880" w:rsidRPr="009C1C63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4A7880" w:rsidRPr="009C1C63">
              <w:rPr>
                <w:rFonts w:ascii="Arial" w:hAnsi="Arial" w:cs="Arial"/>
                <w:lang w:val="de-CH"/>
              </w:rPr>
            </w:r>
            <w:r w:rsidR="004A7880" w:rsidRPr="009C1C63">
              <w:rPr>
                <w:rFonts w:ascii="Arial" w:hAnsi="Arial" w:cs="Arial"/>
                <w:lang w:val="de-CH"/>
              </w:rPr>
              <w:fldChar w:fldCharType="separate"/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D374B9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83190D5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905" w:type="dxa"/>
            <w:vAlign w:val="center"/>
          </w:tcPr>
          <w:p w14:paraId="308E1AFD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56AE2D0E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4A7880" w14:paraId="5C575298" w14:textId="77777777" w:rsidTr="00E875F3">
        <w:trPr>
          <w:trHeight w:val="510"/>
        </w:trPr>
        <w:tc>
          <w:tcPr>
            <w:tcW w:w="4253" w:type="dxa"/>
            <w:vAlign w:val="center"/>
          </w:tcPr>
          <w:p w14:paraId="64A3854E" w14:textId="0645E625" w:rsidR="004A7880" w:rsidRPr="009C1C63" w:rsidRDefault="009C1C63" w:rsidP="003420EA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9C1C63">
              <w:rPr>
                <w:rFonts w:ascii="Arial" w:hAnsi="Arial" w:cs="Arial"/>
                <w:lang w:val="de-CH"/>
              </w:rPr>
              <w:t>Brückenangebot</w:t>
            </w:r>
            <w:r w:rsidR="004A7880" w:rsidRPr="009C1C63">
              <w:rPr>
                <w:rFonts w:ascii="Arial" w:hAnsi="Arial" w:cs="Arial"/>
                <w:lang w:val="de-CH"/>
              </w:rPr>
              <w:t xml:space="preserve"> in </w:t>
            </w:r>
            <w:r w:rsidR="004A7880" w:rsidRPr="009C1C63">
              <w:rPr>
                <w:rFonts w:ascii="Arial" w:hAnsi="Arial" w:cs="Arial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A7880" w:rsidRPr="009C1C63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4A7880" w:rsidRPr="009C1C63">
              <w:rPr>
                <w:rFonts w:ascii="Arial" w:hAnsi="Arial" w:cs="Arial"/>
                <w:lang w:val="de-CH"/>
              </w:rPr>
            </w:r>
            <w:r w:rsidR="004A7880" w:rsidRPr="009C1C63">
              <w:rPr>
                <w:rFonts w:ascii="Arial" w:hAnsi="Arial" w:cs="Arial"/>
                <w:lang w:val="de-CH"/>
              </w:rPr>
              <w:fldChar w:fldCharType="separate"/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="004A7880" w:rsidRPr="009C1C63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3DF0E7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4FB985" w14:textId="77777777" w:rsidR="004A7880" w:rsidRPr="003420EA" w:rsidRDefault="004A788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905" w:type="dxa"/>
            <w:vAlign w:val="center"/>
          </w:tcPr>
          <w:p w14:paraId="748CD07F" w14:textId="631A8A85" w:rsidR="004A7880" w:rsidRPr="00361494" w:rsidRDefault="0000000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de-CH"/>
                </w:rPr>
                <w:id w:val="-15152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716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9C1C63" w:rsidRPr="0036149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  <w:r w:rsidR="009C1C63" w:rsidRPr="00361494">
              <w:rPr>
                <w:rFonts w:ascii="Arial" w:hAnsi="Arial" w:cs="Arial"/>
                <w:sz w:val="20"/>
                <w:szCs w:val="20"/>
                <w:lang w:val="de-CH"/>
              </w:rPr>
              <w:t>ja</w:t>
            </w:r>
          </w:p>
        </w:tc>
        <w:tc>
          <w:tcPr>
            <w:tcW w:w="1214" w:type="dxa"/>
            <w:vAlign w:val="center"/>
          </w:tcPr>
          <w:p w14:paraId="59278648" w14:textId="13386D7E" w:rsidR="004A7880" w:rsidRPr="00361494" w:rsidRDefault="0000000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de-CH"/>
                </w:rPr>
                <w:id w:val="-174810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C63" w:rsidRPr="003614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9C1C63" w:rsidRPr="0036149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  <w:r w:rsidR="009C1C63" w:rsidRPr="00361494">
              <w:rPr>
                <w:rFonts w:ascii="Arial" w:hAnsi="Arial" w:cs="Arial"/>
                <w:sz w:val="20"/>
                <w:szCs w:val="20"/>
                <w:lang w:val="de-CH"/>
              </w:rPr>
              <w:t>Abbruch</w:t>
            </w:r>
          </w:p>
        </w:tc>
      </w:tr>
      <w:tr w:rsidR="009C1C63" w14:paraId="37EC76E7" w14:textId="77777777" w:rsidTr="00E875F3">
        <w:trPr>
          <w:trHeight w:val="510"/>
        </w:trPr>
        <w:tc>
          <w:tcPr>
            <w:tcW w:w="4253" w:type="dxa"/>
            <w:vAlign w:val="center"/>
          </w:tcPr>
          <w:p w14:paraId="453A7CC2" w14:textId="615FC699" w:rsidR="009C1C63" w:rsidRPr="009C1C63" w:rsidRDefault="009C1C63" w:rsidP="003420EA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9C1C63">
              <w:rPr>
                <w:rFonts w:ascii="Arial" w:hAnsi="Arial" w:cs="Arial"/>
                <w:lang w:val="de-CH"/>
              </w:rPr>
              <w:t xml:space="preserve">Frühere Ausbildung als </w:t>
            </w:r>
            <w:r w:rsidRPr="009C1C63">
              <w:rPr>
                <w:rFonts w:ascii="Arial" w:hAnsi="Arial" w:cs="Arial"/>
                <w:lang w:val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C1C63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9C1C63">
              <w:rPr>
                <w:rFonts w:ascii="Arial" w:hAnsi="Arial" w:cs="Arial"/>
                <w:lang w:val="de-CH"/>
              </w:rPr>
            </w:r>
            <w:r w:rsidRPr="009C1C63">
              <w:rPr>
                <w:rFonts w:ascii="Arial" w:hAnsi="Arial" w:cs="Arial"/>
                <w:lang w:val="de-CH"/>
              </w:rPr>
              <w:fldChar w:fldCharType="separate"/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noProof/>
                <w:lang w:val="de-CH"/>
              </w:rPr>
              <w:t> </w:t>
            </w:r>
            <w:r w:rsidRPr="009C1C63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FD0EE33" w14:textId="77777777" w:rsidR="009C1C63" w:rsidRPr="003420EA" w:rsidRDefault="009C1C63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D4EFE8F" w14:textId="77777777" w:rsidR="009C1C63" w:rsidRPr="003420EA" w:rsidRDefault="009C1C63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instrText xml:space="preserve"> FORMTEXT </w:instrTex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separate"/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noProof/>
                <w:sz w:val="20"/>
                <w:szCs w:val="20"/>
                <w:lang w:val="de-CH"/>
              </w:rPr>
              <w:t> </w:t>
            </w:r>
            <w:r w:rsidRPr="003420E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1905" w:type="dxa"/>
            <w:vAlign w:val="center"/>
          </w:tcPr>
          <w:p w14:paraId="1A887A4F" w14:textId="6A1A0E3B" w:rsidR="009C1C63" w:rsidRPr="00361494" w:rsidRDefault="0000000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de-CH"/>
                </w:rPr>
                <w:id w:val="66112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C63" w:rsidRPr="003614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9C1C63" w:rsidRPr="0036149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  <w:r w:rsidR="009C1C63" w:rsidRPr="00361494">
              <w:rPr>
                <w:rFonts w:ascii="Arial" w:hAnsi="Arial" w:cs="Arial"/>
                <w:sz w:val="20"/>
                <w:szCs w:val="20"/>
                <w:lang w:val="de-CH"/>
              </w:rPr>
              <w:t>Diplom/Zeugnis</w:t>
            </w:r>
          </w:p>
        </w:tc>
        <w:tc>
          <w:tcPr>
            <w:tcW w:w="1214" w:type="dxa"/>
            <w:vAlign w:val="center"/>
          </w:tcPr>
          <w:p w14:paraId="00C8F1AF" w14:textId="6AFFADC4" w:rsidR="009C1C63" w:rsidRPr="00361494" w:rsidRDefault="00000000" w:rsidP="003420E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val="de-CH"/>
                </w:rPr>
                <w:id w:val="-182950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C63" w:rsidRPr="00361494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9C1C63" w:rsidRPr="0036149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  <w:r w:rsidR="009C1C63" w:rsidRPr="00361494">
              <w:rPr>
                <w:rFonts w:ascii="Arial" w:hAnsi="Arial" w:cs="Arial"/>
                <w:sz w:val="20"/>
                <w:szCs w:val="20"/>
                <w:lang w:val="de-CH"/>
              </w:rPr>
              <w:t>Abbruch</w:t>
            </w:r>
          </w:p>
        </w:tc>
      </w:tr>
    </w:tbl>
    <w:p w14:paraId="2F45F74E" w14:textId="77777777" w:rsidR="004A7880" w:rsidRDefault="004A7880" w:rsidP="009F49AC">
      <w:pPr>
        <w:spacing w:after="120"/>
        <w:rPr>
          <w:rFonts w:ascii="Arial" w:hAnsi="Arial" w:cs="Arial"/>
          <w:b/>
          <w:bCs/>
          <w:lang w:val="de-CH"/>
        </w:rPr>
      </w:pPr>
    </w:p>
    <w:p w14:paraId="33BF9BA4" w14:textId="68E42DC6" w:rsidR="009C1C63" w:rsidRPr="00AA4351" w:rsidRDefault="009C1C63" w:rsidP="00932BFD">
      <w:pPr>
        <w:pStyle w:val="Listenabsatz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spacing w:after="120"/>
        <w:ind w:left="709" w:right="708"/>
        <w:rPr>
          <w:rFonts w:ascii="Arial" w:hAnsi="Arial" w:cs="Arial"/>
          <w:b/>
          <w:bCs/>
          <w:sz w:val="18"/>
          <w:szCs w:val="18"/>
          <w:lang w:val="de-CH"/>
        </w:rPr>
      </w:pPr>
      <w:r w:rsidRPr="00AA4351">
        <w:rPr>
          <w:rFonts w:ascii="Arial" w:hAnsi="Arial" w:cs="Arial"/>
          <w:b/>
          <w:bCs/>
          <w:sz w:val="18"/>
          <w:szCs w:val="18"/>
          <w:lang w:val="de-CH"/>
        </w:rPr>
        <w:t>Erworbene Diplome, die letzten Zeugnisse und ein Lebenslauf sind beizulegen.</w:t>
      </w:r>
    </w:p>
    <w:p w14:paraId="27B4DABB" w14:textId="11EE038B" w:rsidR="00FD0741" w:rsidRPr="0083307F" w:rsidRDefault="00FD0741">
      <w:pPr>
        <w:rPr>
          <w:rFonts w:ascii="Arial" w:hAnsi="Arial" w:cs="Arial"/>
          <w:b/>
          <w:bCs/>
          <w:lang w:val="de-CH"/>
        </w:rPr>
      </w:pPr>
    </w:p>
    <w:p w14:paraId="71A4D567" w14:textId="286CFB01" w:rsidR="00FD0741" w:rsidRPr="00DC6B79" w:rsidRDefault="00FD0741" w:rsidP="00FD0741">
      <w:pPr>
        <w:pStyle w:val="Listenabsatz"/>
        <w:numPr>
          <w:ilvl w:val="0"/>
          <w:numId w:val="10"/>
        </w:numPr>
        <w:pBdr>
          <w:bottom w:val="single" w:sz="4" w:space="1" w:color="auto"/>
        </w:pBdr>
        <w:spacing w:after="120"/>
        <w:ind w:left="284" w:hanging="284"/>
        <w:contextualSpacing w:val="0"/>
        <w:rPr>
          <w:rFonts w:ascii="Arial" w:hAnsi="Arial" w:cs="Arial"/>
          <w:b/>
          <w:bCs/>
          <w:sz w:val="28"/>
          <w:szCs w:val="28"/>
          <w:lang w:val="de-CH"/>
        </w:rPr>
      </w:pPr>
      <w:r w:rsidRPr="00DC6B79">
        <w:rPr>
          <w:rFonts w:ascii="Arial" w:hAnsi="Arial" w:cs="Arial"/>
          <w:b/>
          <w:bCs/>
          <w:sz w:val="28"/>
          <w:szCs w:val="28"/>
          <w:lang w:val="de-CH"/>
        </w:rPr>
        <w:t>Kontoangaben für mögliche Stipendienauszahlung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5117"/>
      </w:tblGrid>
      <w:tr w:rsidR="00FD0741" w:rsidRPr="00974339" w14:paraId="398E8C29" w14:textId="77777777" w:rsidTr="000C1702">
        <w:tc>
          <w:tcPr>
            <w:tcW w:w="4994" w:type="dxa"/>
          </w:tcPr>
          <w:p w14:paraId="5B9BD7AA" w14:textId="77777777" w:rsidR="00FD0741" w:rsidRPr="00AB24BC" w:rsidRDefault="00000000" w:rsidP="000C1702">
            <w:pPr>
              <w:spacing w:before="120" w:after="60"/>
              <w:rPr>
                <w:rFonts w:ascii="Arial" w:hAnsi="Arial" w:cs="Arial"/>
                <w:b/>
                <w:bCs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4938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741" w:rsidRPr="000C2F3A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t xml:space="preserve"> Postkonto-Nr. </w:t>
            </w:r>
            <w:r w:rsidR="00FD0741" w:rsidRPr="00AB24BC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FD0741" w:rsidRPr="00AB24BC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="00FD0741" w:rsidRPr="00AB24BC">
              <w:rPr>
                <w:rFonts w:ascii="Arial" w:hAnsi="Arial" w:cs="Arial"/>
                <w:b/>
                <w:bCs/>
                <w:lang w:val="de-CH"/>
              </w:rPr>
            </w:r>
            <w:r w:rsidR="00FD0741" w:rsidRPr="00AB24BC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="00FD0741" w:rsidRPr="00AB24BC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AB24BC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AB24BC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AB24BC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AB24BC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AB24BC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  <w:bookmarkEnd w:id="7"/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83"/>
              <w:gridCol w:w="1848"/>
            </w:tblGrid>
            <w:tr w:rsidR="00FD0741" w:rsidRPr="000C2F3A" w14:paraId="482B6933" w14:textId="77777777" w:rsidTr="00CB24DA">
              <w:tc>
                <w:tcPr>
                  <w:tcW w:w="2883" w:type="dxa"/>
                </w:tcPr>
                <w:p w14:paraId="4F0107CB" w14:textId="694A0C5F" w:rsidR="00CB24DA" w:rsidRPr="0083307F" w:rsidRDefault="00CB24DA" w:rsidP="000C2F3A">
                  <w:pPr>
                    <w:tabs>
                      <w:tab w:val="left" w:pos="1171"/>
                    </w:tabs>
                    <w:spacing w:before="60"/>
                    <w:ind w:left="-75"/>
                    <w:rPr>
                      <w:rFonts w:ascii="Arial" w:hAnsi="Arial" w:cs="Arial"/>
                      <w:b/>
                      <w:bCs/>
                      <w:color w:val="000000" w:themeColor="text1"/>
                      <w:lang w:val="de-CH"/>
                      <w14:textOutline w14:w="3175" w14:cap="sq" w14:cmpd="sng" w14:algn="ctr">
                        <w14:solidFill>
                          <w14:schemeClr w14:val="bg1">
                            <w14:lumMod w14:val="75000"/>
                          </w14:schemeClr>
                        </w14:solidFill>
                        <w14:prstDash w14:val="sysDot"/>
                        <w14:bevel/>
                      </w14:textOutline>
                    </w:rPr>
                  </w:pPr>
                </w:p>
                <w:p w14:paraId="0BAF7E4F" w14:textId="00D38E26" w:rsidR="00FD0741" w:rsidRPr="000C2F3A" w:rsidRDefault="00FD0741" w:rsidP="00C11BEF">
                  <w:pPr>
                    <w:tabs>
                      <w:tab w:val="left" w:pos="1171"/>
                    </w:tabs>
                    <w:spacing w:before="60" w:after="120"/>
                    <w:ind w:left="-74"/>
                    <w:rPr>
                      <w:rFonts w:ascii="Arial" w:hAnsi="Arial" w:cs="Arial"/>
                      <w:b/>
                      <w:bCs/>
                      <w:lang w:val="de-CH"/>
                    </w:rPr>
                  </w:pPr>
                  <w:r w:rsidRPr="000C2F3A">
                    <w:rPr>
                      <w:rFonts w:ascii="Arial" w:hAnsi="Arial" w:cs="Arial"/>
                      <w:b/>
                      <w:bCs/>
                      <w:lang w:val="de-CH"/>
                    </w:rPr>
                    <w:t>Kontoinhaber*in</w:t>
                  </w:r>
                </w:p>
                <w:p w14:paraId="668D63A7" w14:textId="165E667E" w:rsidR="00FD0741" w:rsidRPr="000C2F3A" w:rsidRDefault="00FD0741" w:rsidP="00A4414D">
                  <w:pPr>
                    <w:tabs>
                      <w:tab w:val="left" w:pos="1059"/>
                    </w:tabs>
                    <w:spacing w:before="60" w:after="120"/>
                    <w:ind w:left="-74"/>
                    <w:rPr>
                      <w:rFonts w:ascii="Arial" w:hAnsi="Arial" w:cs="Arial"/>
                      <w:lang w:val="de-CH"/>
                    </w:rPr>
                  </w:pPr>
                  <w:r w:rsidRPr="000C2F3A">
                    <w:rPr>
                      <w:rFonts w:ascii="Arial" w:hAnsi="Arial" w:cs="Arial"/>
                      <w:lang w:val="de-CH"/>
                    </w:rPr>
                    <w:t>Name:</w:t>
                  </w:r>
                  <w:r w:rsidR="009757EE" w:rsidRPr="000C2F3A">
                    <w:rPr>
                      <w:rFonts w:ascii="Arial" w:hAnsi="Arial" w:cs="Arial"/>
                      <w:lang w:val="de-CH"/>
                    </w:rPr>
                    <w:tab/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2F3A">
                    <w:rPr>
                      <w:rFonts w:ascii="Arial" w:hAnsi="Arial" w:cs="Arial"/>
                      <w:lang w:val="de-CH"/>
                    </w:rPr>
                    <w:instrText xml:space="preserve"> FORMTEXT </w:instrText>
                  </w:r>
                  <w:r w:rsidRPr="000C2F3A">
                    <w:rPr>
                      <w:rFonts w:ascii="Arial" w:hAnsi="Arial" w:cs="Arial"/>
                      <w:lang w:val="de-CH"/>
                    </w:rPr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separate"/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end"/>
                  </w:r>
                  <w:r w:rsidRPr="000C2F3A">
                    <w:rPr>
                      <w:rFonts w:ascii="Arial" w:hAnsi="Arial" w:cs="Arial"/>
                      <w:lang w:val="de-CH"/>
                    </w:rPr>
                    <w:t xml:space="preserve"> </w:t>
                  </w:r>
                </w:p>
                <w:p w14:paraId="5934FE65" w14:textId="38430FE3" w:rsidR="00FD0741" w:rsidRPr="000C2F3A" w:rsidRDefault="00FD0741" w:rsidP="00A4414D">
                  <w:pPr>
                    <w:tabs>
                      <w:tab w:val="left" w:pos="1059"/>
                    </w:tabs>
                    <w:spacing w:before="60" w:after="60"/>
                    <w:ind w:left="-74"/>
                    <w:rPr>
                      <w:rFonts w:ascii="Arial" w:hAnsi="Arial" w:cs="Arial"/>
                      <w:lang w:val="de-CH"/>
                    </w:rPr>
                  </w:pPr>
                  <w:r w:rsidRPr="000C2F3A">
                    <w:rPr>
                      <w:rFonts w:ascii="Arial" w:hAnsi="Arial" w:cs="Arial"/>
                      <w:lang w:val="de-CH"/>
                    </w:rPr>
                    <w:t>Vorname:</w:t>
                  </w:r>
                  <w:r w:rsidR="000C2F3A">
                    <w:rPr>
                      <w:rFonts w:ascii="Arial" w:hAnsi="Arial" w:cs="Arial"/>
                      <w:lang w:val="de-CH"/>
                    </w:rPr>
                    <w:tab/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2F3A">
                    <w:rPr>
                      <w:rFonts w:ascii="Arial" w:hAnsi="Arial" w:cs="Arial"/>
                      <w:lang w:val="de-CH"/>
                    </w:rPr>
                    <w:instrText xml:space="preserve"> FORMTEXT </w:instrText>
                  </w:r>
                  <w:r w:rsidRPr="000C2F3A">
                    <w:rPr>
                      <w:rFonts w:ascii="Arial" w:hAnsi="Arial" w:cs="Arial"/>
                      <w:lang w:val="de-CH"/>
                    </w:rPr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separate"/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0C2F3A">
                    <w:rPr>
                      <w:rFonts w:ascii="Arial" w:hAnsi="Arial" w:cs="Arial"/>
                      <w:lang w:val="de-CH"/>
                    </w:rPr>
                    <w:fldChar w:fldCharType="end"/>
                  </w:r>
                </w:p>
              </w:tc>
              <w:tc>
                <w:tcPr>
                  <w:tcW w:w="1848" w:type="dxa"/>
                </w:tcPr>
                <w:p w14:paraId="611044C7" w14:textId="522D3629" w:rsidR="00FD0741" w:rsidRPr="000C2F3A" w:rsidRDefault="0083307F" w:rsidP="000C2F3A">
                  <w:pPr>
                    <w:tabs>
                      <w:tab w:val="left" w:pos="1171"/>
                    </w:tabs>
                    <w:spacing w:before="60"/>
                    <w:rPr>
                      <w:rFonts w:ascii="Arial" w:hAnsi="Arial" w:cs="Arial"/>
                      <w:lang w:val="de-CH"/>
                    </w:rPr>
                  </w:pPr>
                  <w:r>
                    <w:rPr>
                      <w:rFonts w:ascii="Arial" w:hAnsi="Arial" w:cs="Arial"/>
                      <w:noProof/>
                      <w:lang w:val="de-CH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D2F64DD" wp14:editId="18992B18">
                            <wp:simplePos x="0" y="0"/>
                            <wp:positionH relativeFrom="column">
                              <wp:posOffset>-778510</wp:posOffset>
                            </wp:positionH>
                            <wp:positionV relativeFrom="paragraph">
                              <wp:posOffset>-22225</wp:posOffset>
                            </wp:positionV>
                            <wp:extent cx="1352550" cy="0"/>
                            <wp:effectExtent l="0" t="0" r="0" b="0"/>
                            <wp:wrapNone/>
                            <wp:docPr id="1969136725" name="Gerader Verbinder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52550" cy="0"/>
                                    </a:xfrm>
                                    <a:prstGeom prst="line">
                                      <a:avLst/>
                                    </a:prstGeom>
                                    <a:ln w="6350">
                                      <a:solidFill>
                                        <a:schemeClr val="tx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prstDash val="sysDot"/>
                                    </a:ln>
                                    <a:effectLst/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9A88C88" id="Gerader Verbinde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3pt,-1.75pt" to="45.2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" strokecolor="gray [1629]" strokeweight=".5pt">
                            <v:stroke dashstyle="1 1"/>
                          </v:line>
                        </w:pict>
                      </mc:Fallback>
                    </mc:AlternateContent>
                  </w:r>
                </w:p>
              </w:tc>
            </w:tr>
          </w:tbl>
          <w:p w14:paraId="446F9A60" w14:textId="635515AB" w:rsidR="00FD0741" w:rsidRPr="000C2F3A" w:rsidRDefault="00FD0741" w:rsidP="000C2F3A">
            <w:pPr>
              <w:tabs>
                <w:tab w:val="left" w:pos="1171"/>
              </w:tabs>
              <w:spacing w:before="60"/>
              <w:ind w:left="30"/>
              <w:rPr>
                <w:rFonts w:ascii="Arial" w:hAnsi="Arial" w:cs="Arial"/>
                <w:b/>
                <w:bCs/>
                <w:lang w:val="de-CH"/>
              </w:rPr>
            </w:pPr>
            <w:r w:rsidRPr="000C2F3A">
              <w:rPr>
                <w:rFonts w:ascii="Arial" w:hAnsi="Arial" w:cs="Arial"/>
                <w:lang w:val="de-CH"/>
              </w:rPr>
              <w:t>PLZ, Ort:</w:t>
            </w:r>
            <w:r w:rsidRPr="000C2F3A">
              <w:rPr>
                <w:rFonts w:ascii="Arial" w:hAnsi="Arial" w:cs="Arial"/>
                <w:lang w:val="de-CH"/>
              </w:rPr>
              <w:tab/>
            </w:r>
            <w:r w:rsidRPr="000C2F3A">
              <w:rPr>
                <w:rFonts w:ascii="Arial" w:hAnsi="Arial" w:cs="Arial"/>
                <w:lang w:val="de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C2F3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0C2F3A">
              <w:rPr>
                <w:rFonts w:ascii="Arial" w:hAnsi="Arial" w:cs="Arial"/>
                <w:lang w:val="de-CH"/>
              </w:rPr>
            </w:r>
            <w:r w:rsidRPr="000C2F3A">
              <w:rPr>
                <w:rFonts w:ascii="Arial" w:hAnsi="Arial" w:cs="Arial"/>
                <w:lang w:val="de-CH"/>
              </w:rPr>
              <w:fldChar w:fldCharType="separate"/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5177" w:type="dxa"/>
          </w:tcPr>
          <w:p w14:paraId="08822E58" w14:textId="77777777" w:rsidR="00FD0741" w:rsidRPr="000C2F3A" w:rsidRDefault="00000000" w:rsidP="000C1702">
            <w:pPr>
              <w:spacing w:before="120" w:after="60"/>
              <w:ind w:left="280" w:hanging="284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13369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741" w:rsidRPr="000C2F3A">
                  <w:rPr>
                    <w:rFonts w:ascii="Segoe UI Symbol" w:eastAsia="MS Gothic" w:hAnsi="Segoe UI Symbol" w:cs="Segoe UI Symbol"/>
                    <w:lang w:val="de-CH"/>
                  </w:rPr>
                  <w:t>☐</w:t>
                </w:r>
              </w:sdtContent>
            </w:sdt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t xml:space="preserve"> Bankkonto-Nr. </w:t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="00FD0741" w:rsidRPr="000C2F3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  <w:bookmarkEnd w:id="8"/>
          </w:p>
          <w:p w14:paraId="053894CE" w14:textId="6ABDACCD" w:rsidR="00FD0741" w:rsidRPr="000C2F3A" w:rsidRDefault="00FD0741" w:rsidP="00480569">
            <w:pPr>
              <w:spacing w:before="120"/>
              <w:ind w:left="278" w:hanging="284"/>
              <w:rPr>
                <w:rFonts w:ascii="Arial" w:hAnsi="Arial" w:cs="Arial"/>
                <w:lang w:val="de-CH"/>
              </w:rPr>
            </w:pPr>
            <w:r w:rsidRPr="000C2F3A">
              <w:rPr>
                <w:rFonts w:ascii="Arial" w:hAnsi="Arial" w:cs="Arial"/>
                <w:lang w:val="de-CH"/>
              </w:rPr>
              <w:tab/>
              <w:t xml:space="preserve">IBAN-Nr. </w:t>
            </w:r>
            <w:r w:rsidRPr="000C2F3A">
              <w:rPr>
                <w:rFonts w:ascii="Arial" w:hAnsi="Arial" w:cs="Arial"/>
                <w:lang w:val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2F3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0C2F3A">
              <w:rPr>
                <w:rFonts w:ascii="Arial" w:hAnsi="Arial" w:cs="Arial"/>
                <w:lang w:val="de-CH"/>
              </w:rPr>
            </w:r>
            <w:r w:rsidRPr="000C2F3A">
              <w:rPr>
                <w:rFonts w:ascii="Arial" w:hAnsi="Arial" w:cs="Arial"/>
                <w:lang w:val="de-CH"/>
              </w:rPr>
              <w:fldChar w:fldCharType="separate"/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Pr="000C2F3A">
              <w:rPr>
                <w:rFonts w:ascii="Arial" w:hAnsi="Arial" w:cs="Arial"/>
                <w:lang w:val="de-CH"/>
              </w:rPr>
              <w:fldChar w:fldCharType="end"/>
            </w:r>
            <w:r w:rsidR="0083307F"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F778E1" wp14:editId="2E0698BC">
                      <wp:simplePos x="0" y="0"/>
                      <wp:positionH relativeFrom="column">
                        <wp:posOffset>1159192</wp:posOffset>
                      </wp:positionH>
                      <wp:positionV relativeFrom="paragraph">
                        <wp:posOffset>-31750</wp:posOffset>
                      </wp:positionV>
                      <wp:extent cx="1409700" cy="0"/>
                      <wp:effectExtent l="0" t="0" r="0" b="0"/>
                      <wp:wrapNone/>
                      <wp:docPr id="1401025983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2F5A7AD" id="Gerader Verbinde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25pt,-2.5pt" to="202.25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" strokecolor="#7f7f7f" strokeweight=".5pt">
                      <v:stroke dashstyle="1 1"/>
                    </v:line>
                  </w:pict>
                </mc:Fallback>
              </mc:AlternateContent>
            </w:r>
          </w:p>
          <w:p w14:paraId="19A1EB27" w14:textId="099B1EE0" w:rsidR="00A4414D" w:rsidRDefault="0083307F" w:rsidP="00A4414D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spacing w:before="120" w:after="60"/>
              <w:ind w:left="278" w:hanging="284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012865" wp14:editId="450D613A">
                      <wp:simplePos x="0" y="0"/>
                      <wp:positionH relativeFrom="column">
                        <wp:posOffset>774382</wp:posOffset>
                      </wp:positionH>
                      <wp:positionV relativeFrom="paragraph">
                        <wp:posOffset>15875</wp:posOffset>
                      </wp:positionV>
                      <wp:extent cx="1809750" cy="0"/>
                      <wp:effectExtent l="0" t="0" r="0" b="0"/>
                      <wp:wrapNone/>
                      <wp:docPr id="875245007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3A14D6" id="Gerader Verbinde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5pt,1.25pt" to="203.4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" strokecolor="#7f7f7f" strokeweight=".5pt">
                      <v:stroke dashstyle="1 1"/>
                    </v:line>
                  </w:pict>
                </mc:Fallback>
              </mc:AlternateContent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tab/>
            </w:r>
            <w:r w:rsidR="00FD0741" w:rsidRPr="000C2F3A">
              <w:rPr>
                <w:rFonts w:ascii="Arial" w:hAnsi="Arial" w:cs="Arial"/>
                <w:lang w:val="de-CH"/>
              </w:rPr>
              <w:t>Name der Bank und Filiale:</w:t>
            </w:r>
            <w:r w:rsidR="00FD0741" w:rsidRPr="000C2F3A">
              <w:rPr>
                <w:rFonts w:ascii="Arial" w:hAnsi="Arial" w:cs="Arial"/>
                <w:b/>
                <w:bCs/>
                <w:lang w:val="de-CH"/>
              </w:rPr>
              <w:t xml:space="preserve"> </w:t>
            </w:r>
          </w:p>
          <w:p w14:paraId="66B1441A" w14:textId="403F9395" w:rsidR="00FD0741" w:rsidRPr="000C2F3A" w:rsidRDefault="0083307F" w:rsidP="00A4414D">
            <w:pPr>
              <w:tabs>
                <w:tab w:val="left" w:pos="993"/>
                <w:tab w:val="left" w:pos="4395"/>
                <w:tab w:val="left" w:pos="5812"/>
                <w:tab w:val="left" w:pos="7230"/>
                <w:tab w:val="left" w:pos="8505"/>
              </w:tabs>
              <w:spacing w:before="120" w:after="60"/>
              <w:ind w:left="278" w:hanging="284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968000" wp14:editId="708B565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221297</wp:posOffset>
                      </wp:positionV>
                      <wp:extent cx="2457450" cy="0"/>
                      <wp:effectExtent l="0" t="0" r="0" b="0"/>
                      <wp:wrapNone/>
                      <wp:docPr id="62554984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B658A4" id="Gerader Verbinde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7.4pt" to="206.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" strokecolor="#7f7f7f" strokeweight=".5pt">
                      <v:stroke dashstyle="1 1"/>
                    </v:line>
                  </w:pict>
                </mc:Fallback>
              </mc:AlternateContent>
            </w:r>
            <w:r w:rsidR="00A4414D">
              <w:rPr>
                <w:rFonts w:ascii="Arial" w:hAnsi="Arial" w:cs="Arial"/>
                <w:b/>
                <w:bCs/>
                <w:lang w:val="de-CH"/>
              </w:rPr>
              <w:tab/>
            </w:r>
            <w:r w:rsidR="00FD0741" w:rsidRPr="000C2F3A">
              <w:rPr>
                <w:rFonts w:ascii="Arial" w:hAnsi="Arial" w:cs="Arial"/>
                <w:lang w:val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D0741" w:rsidRPr="000C2F3A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FD0741" w:rsidRPr="000C2F3A">
              <w:rPr>
                <w:rFonts w:ascii="Arial" w:hAnsi="Arial" w:cs="Arial"/>
                <w:lang w:val="de-CH"/>
              </w:rPr>
            </w:r>
            <w:r w:rsidR="00FD0741" w:rsidRPr="000C2F3A">
              <w:rPr>
                <w:rFonts w:ascii="Arial" w:hAnsi="Arial" w:cs="Arial"/>
                <w:lang w:val="de-CH"/>
              </w:rPr>
              <w:fldChar w:fldCharType="separate"/>
            </w:r>
            <w:r w:rsidR="00FD0741"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noProof/>
                <w:lang w:val="de-CH"/>
              </w:rPr>
              <w:t> </w:t>
            </w:r>
            <w:r w:rsidR="00FD0741" w:rsidRPr="000C2F3A">
              <w:rPr>
                <w:rFonts w:ascii="Arial" w:hAnsi="Arial" w:cs="Arial"/>
                <w:lang w:val="de-CH"/>
              </w:rPr>
              <w:fldChar w:fldCharType="end"/>
            </w:r>
          </w:p>
        </w:tc>
      </w:tr>
    </w:tbl>
    <w:p w14:paraId="516B9AC9" w14:textId="77777777" w:rsidR="005A3829" w:rsidRPr="005A3829" w:rsidRDefault="005A3829" w:rsidP="005A3829">
      <w:pPr>
        <w:pBdr>
          <w:bottom w:val="single" w:sz="4" w:space="1" w:color="auto"/>
        </w:pBdr>
        <w:spacing w:after="120"/>
        <w:rPr>
          <w:rFonts w:ascii="Arial" w:hAnsi="Arial" w:cs="Arial"/>
          <w:b/>
          <w:bCs/>
          <w:sz w:val="28"/>
          <w:szCs w:val="28"/>
          <w:lang w:val="de-CH"/>
        </w:rPr>
      </w:pPr>
    </w:p>
    <w:p w14:paraId="22E5869A" w14:textId="74EA0917" w:rsidR="009C1C63" w:rsidRPr="00DC6B79" w:rsidRDefault="009C1C63" w:rsidP="00DC6B79">
      <w:pPr>
        <w:pStyle w:val="Listenabsatz"/>
        <w:numPr>
          <w:ilvl w:val="0"/>
          <w:numId w:val="10"/>
        </w:numPr>
        <w:pBdr>
          <w:bottom w:val="single" w:sz="4" w:space="1" w:color="auto"/>
        </w:pBdr>
        <w:spacing w:after="120"/>
        <w:ind w:left="709" w:hanging="709"/>
        <w:contextualSpacing w:val="0"/>
        <w:rPr>
          <w:rFonts w:ascii="Arial" w:hAnsi="Arial" w:cs="Arial"/>
          <w:b/>
          <w:bCs/>
          <w:sz w:val="28"/>
          <w:szCs w:val="28"/>
          <w:lang w:val="de-CH"/>
        </w:rPr>
      </w:pPr>
      <w:r w:rsidRPr="00DC6B79">
        <w:rPr>
          <w:rFonts w:ascii="Arial" w:hAnsi="Arial" w:cs="Arial"/>
          <w:b/>
          <w:bCs/>
          <w:sz w:val="28"/>
          <w:szCs w:val="28"/>
          <w:lang w:val="de-CH"/>
        </w:rPr>
        <w:lastRenderedPageBreak/>
        <w:t>Angaben über die Ausbildungsausgaben</w:t>
      </w:r>
      <w:r w:rsidR="002A5C85">
        <w:rPr>
          <w:rFonts w:ascii="Arial" w:hAnsi="Arial" w:cs="Arial"/>
          <w:b/>
          <w:bCs/>
          <w:sz w:val="28"/>
          <w:szCs w:val="28"/>
          <w:lang w:val="de-CH"/>
        </w:rPr>
        <w:t xml:space="preserve"> und Einnahmen</w:t>
      </w:r>
      <w:r w:rsidR="000970A2" w:rsidRPr="00DE0144">
        <w:rPr>
          <w:rFonts w:ascii="Arial" w:hAnsi="Arial" w:cs="Arial"/>
          <w:sz w:val="28"/>
          <w:szCs w:val="28"/>
          <w:lang w:val="de-CH"/>
        </w:rPr>
        <w:t>*</w:t>
      </w:r>
      <w:r w:rsidR="002A5C85">
        <w:rPr>
          <w:rFonts w:ascii="Arial" w:hAnsi="Arial" w:cs="Arial"/>
          <w:b/>
          <w:bCs/>
          <w:sz w:val="28"/>
          <w:szCs w:val="28"/>
          <w:lang w:val="de-CH"/>
        </w:rPr>
        <w:br/>
      </w:r>
      <w:r w:rsidR="002A5C85" w:rsidRPr="002A5C85">
        <w:rPr>
          <w:rFonts w:ascii="Arial" w:hAnsi="Arial" w:cs="Arial"/>
          <w:sz w:val="20"/>
          <w:szCs w:val="20"/>
          <w:lang w:val="de-CH"/>
        </w:rPr>
        <w:t xml:space="preserve">Budget </w:t>
      </w:r>
      <w:r w:rsidR="004E5E52">
        <w:rPr>
          <w:rFonts w:ascii="Arial" w:hAnsi="Arial" w:cs="Arial"/>
          <w:sz w:val="20"/>
          <w:szCs w:val="20"/>
          <w:lang w:val="de-CH"/>
        </w:rPr>
        <w:t xml:space="preserve">für ein </w:t>
      </w:r>
      <w:r w:rsidR="002A5C85" w:rsidRPr="00B95AE2">
        <w:rPr>
          <w:rFonts w:ascii="Arial" w:hAnsi="Arial" w:cs="Arial"/>
          <w:sz w:val="20"/>
          <w:szCs w:val="20"/>
          <w:lang w:val="de-CH"/>
        </w:rPr>
        <w:t>Ausbildungsjahr</w:t>
      </w:r>
      <w:r w:rsidR="004E5E52">
        <w:rPr>
          <w:rFonts w:ascii="Arial" w:hAnsi="Arial" w:cs="Arial"/>
          <w:sz w:val="20"/>
          <w:szCs w:val="20"/>
          <w:lang w:val="de-CH"/>
        </w:rPr>
        <w:t xml:space="preserve"> (</w:t>
      </w:r>
      <w:r w:rsidR="004E5E52" w:rsidRPr="003576D2">
        <w:rPr>
          <w:rFonts w:ascii="Arial" w:hAnsi="Arial" w:cs="Arial"/>
          <w:sz w:val="20"/>
          <w:szCs w:val="20"/>
          <w:shd w:val="clear" w:color="auto" w:fill="FFFFCC"/>
          <w:lang w:val="de-CH"/>
        </w:rPr>
        <w:t>Basis 12 Monate</w:t>
      </w:r>
      <w:r w:rsidR="004E5E52">
        <w:rPr>
          <w:rFonts w:ascii="Arial" w:hAnsi="Arial" w:cs="Arial"/>
          <w:sz w:val="20"/>
          <w:szCs w:val="20"/>
          <w:lang w:val="de-CH"/>
        </w:rPr>
        <w:t>)</w:t>
      </w:r>
      <w:r w:rsidR="002A5C85" w:rsidRPr="002A5C85">
        <w:rPr>
          <w:rFonts w:ascii="Arial" w:hAnsi="Arial" w:cs="Arial"/>
          <w:sz w:val="20"/>
          <w:szCs w:val="20"/>
          <w:lang w:val="de-CH"/>
        </w:rPr>
        <w:t>, für welches ein Beitrag gewünscht wird</w:t>
      </w:r>
      <w:r w:rsidR="004E5E52">
        <w:rPr>
          <w:rFonts w:ascii="Arial" w:hAnsi="Arial" w:cs="Arial"/>
          <w:sz w:val="20"/>
          <w:szCs w:val="20"/>
          <w:lang w:val="de-CH"/>
        </w:rPr>
        <w:t>.</w:t>
      </w:r>
    </w:p>
    <w:p w14:paraId="190EC8BF" w14:textId="4B5709B8" w:rsidR="005B48C2" w:rsidRPr="00BC0881" w:rsidRDefault="00DE1B94" w:rsidP="00BF14F7">
      <w:pPr>
        <w:spacing w:before="60" w:after="60"/>
        <w:rPr>
          <w:rFonts w:ascii="Arial" w:hAnsi="Arial" w:cs="Arial"/>
          <w:i/>
          <w:iCs/>
          <w:lang w:val="de-CH"/>
        </w:rPr>
      </w:pPr>
      <w:r w:rsidRPr="00BC0881">
        <w:rPr>
          <w:rFonts w:ascii="Arial" w:hAnsi="Arial" w:cs="Arial"/>
          <w:i/>
          <w:iCs/>
          <w:lang w:val="de-CH"/>
        </w:rPr>
        <w:t>Hinweis: Da es sich um künftige Ausgaben und Einnahmen handelt, sind Schätzungen zulässig.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268"/>
        <w:gridCol w:w="2268"/>
      </w:tblGrid>
      <w:tr w:rsidR="002A5C85" w:rsidRPr="00DE1B94" w14:paraId="54E0EE9B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38A69E79" w14:textId="5A424E45" w:rsidR="002A5C85" w:rsidRPr="00747237" w:rsidRDefault="002A5C85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Schulgeld, Gebühren</w:t>
            </w:r>
          </w:p>
        </w:tc>
        <w:tc>
          <w:tcPr>
            <w:tcW w:w="2268" w:type="dxa"/>
            <w:vAlign w:val="bottom"/>
          </w:tcPr>
          <w:p w14:paraId="6B1A6850" w14:textId="36523BEA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  <w:bookmarkEnd w:id="9"/>
          </w:p>
        </w:tc>
        <w:tc>
          <w:tcPr>
            <w:tcW w:w="2268" w:type="dxa"/>
            <w:vAlign w:val="bottom"/>
          </w:tcPr>
          <w:p w14:paraId="6F20B587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4DD2CA2D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542EA62B" w14:textId="50CD9D7E" w:rsidR="002A5C85" w:rsidRPr="00747237" w:rsidRDefault="002A5C85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Prüfungsgebühren</w:t>
            </w:r>
          </w:p>
        </w:tc>
        <w:tc>
          <w:tcPr>
            <w:tcW w:w="2268" w:type="dxa"/>
            <w:vAlign w:val="bottom"/>
          </w:tcPr>
          <w:p w14:paraId="1CA9B51C" w14:textId="78A16DDE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3595C5D2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295C8396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3EB64693" w14:textId="4FE78F04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DE1B94">
              <w:rPr>
                <w:rFonts w:ascii="Arial" w:hAnsi="Arial" w:cs="Arial"/>
                <w:sz w:val="20"/>
                <w:szCs w:val="20"/>
                <w:lang w:val="de-CH"/>
              </w:rPr>
              <w:t>S</w:t>
            </w:r>
            <w:r w:rsidRPr="00747237">
              <w:rPr>
                <w:rFonts w:ascii="Arial" w:hAnsi="Arial" w:cs="Arial"/>
                <w:lang w:val="de-CH"/>
              </w:rPr>
              <w:t>chulmateria</w:t>
            </w:r>
            <w:r w:rsidRPr="00DE1B94">
              <w:rPr>
                <w:rFonts w:ascii="Arial" w:hAnsi="Arial" w:cs="Arial"/>
                <w:sz w:val="20"/>
                <w:szCs w:val="20"/>
                <w:lang w:val="de-CH"/>
              </w:rPr>
              <w:t xml:space="preserve">l </w:t>
            </w:r>
            <w:r w:rsidRPr="00DE1B94">
              <w:rPr>
                <w:rFonts w:ascii="Arial" w:hAnsi="Arial" w:cs="Arial"/>
                <w:sz w:val="16"/>
                <w:szCs w:val="16"/>
                <w:lang w:val="de-CH"/>
              </w:rPr>
              <w:t>(Lehrmittel, Bücher etc.)</w:t>
            </w:r>
          </w:p>
        </w:tc>
        <w:tc>
          <w:tcPr>
            <w:tcW w:w="2268" w:type="dxa"/>
            <w:vAlign w:val="bottom"/>
          </w:tcPr>
          <w:p w14:paraId="71BE4BCB" w14:textId="6400E617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2C6E9525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4301D13F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12412E1D" w14:textId="444FAFB0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DE1B94">
              <w:rPr>
                <w:rFonts w:ascii="Arial" w:hAnsi="Arial" w:cs="Arial"/>
                <w:sz w:val="20"/>
                <w:szCs w:val="20"/>
                <w:lang w:val="de-CH"/>
              </w:rPr>
              <w:t>V</w:t>
            </w:r>
            <w:r w:rsidRPr="00747237">
              <w:rPr>
                <w:rFonts w:ascii="Arial" w:hAnsi="Arial" w:cs="Arial"/>
                <w:lang w:val="de-CH"/>
              </w:rPr>
              <w:t>eranstaltungen</w:t>
            </w:r>
            <w:r w:rsidRPr="00DE1B94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Pr="00DE1B94">
              <w:rPr>
                <w:rFonts w:ascii="Arial" w:hAnsi="Arial" w:cs="Arial"/>
                <w:sz w:val="16"/>
                <w:szCs w:val="16"/>
                <w:lang w:val="de-CH"/>
              </w:rPr>
              <w:t>(Besichtigungen, Exkursionen etc.)</w:t>
            </w:r>
          </w:p>
        </w:tc>
        <w:tc>
          <w:tcPr>
            <w:tcW w:w="2268" w:type="dxa"/>
            <w:vAlign w:val="bottom"/>
          </w:tcPr>
          <w:p w14:paraId="6992C2AF" w14:textId="1187F7B8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3E439D99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2D09C22F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0AD60147" w14:textId="27568515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Reiseauslagen vom Wohnort zum Ausbildungsort</w:t>
            </w:r>
          </w:p>
        </w:tc>
        <w:tc>
          <w:tcPr>
            <w:tcW w:w="2268" w:type="dxa"/>
            <w:vAlign w:val="bottom"/>
          </w:tcPr>
          <w:p w14:paraId="4EFBC341" w14:textId="28370EE2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2B7E72E0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1071FBF7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43EB696D" w14:textId="17F428D2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Andere Ausbildungskosten</w:t>
            </w:r>
            <w:r w:rsidRPr="00DE1B94">
              <w:rPr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(bitte detailliert </w:t>
            </w:r>
            <w:r w:rsidR="00E93DCC" w:rsidRPr="008C5D0F">
              <w:rPr>
                <w:rFonts w:ascii="Arial" w:hAnsi="Arial" w:cs="Arial"/>
                <w:sz w:val="16"/>
                <w:szCs w:val="16"/>
                <w:lang w:val="de-CH"/>
              </w:rPr>
              <w:t>aufführen)</w:t>
            </w:r>
            <w:r w:rsidR="00E93DCC" w:rsidRPr="00827C10">
              <w:rPr>
                <w:rFonts w:ascii="Arial" w:hAnsi="Arial" w:cs="Arial"/>
                <w:lang w:val="de-CH"/>
              </w:rPr>
              <w:t xml:space="preserve"> *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9386419" w14:textId="6342C10D" w:rsidR="002A5C85" w:rsidRPr="0075654A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4364E355" w14:textId="77777777" w:rsidR="002A5C85" w:rsidRPr="00DE1B94" w:rsidRDefault="002A5C85" w:rsidP="00DE1B94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A5C85" w:rsidRPr="00DE1B94" w14:paraId="396C64DA" w14:textId="77777777" w:rsidTr="00D76952">
        <w:trPr>
          <w:trHeight w:hRule="exact" w:val="510"/>
        </w:trPr>
        <w:tc>
          <w:tcPr>
            <w:tcW w:w="5103" w:type="dxa"/>
            <w:vAlign w:val="bottom"/>
          </w:tcPr>
          <w:p w14:paraId="016561F3" w14:textId="7991FC3E" w:rsidR="002A5C85" w:rsidRPr="00747237" w:rsidRDefault="002A5C85" w:rsidP="00DE1B94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47237">
              <w:rPr>
                <w:rFonts w:ascii="Arial" w:hAnsi="Arial" w:cs="Arial"/>
                <w:b/>
                <w:bCs/>
                <w:lang w:val="de-CH"/>
              </w:rPr>
              <w:t>Total Ausbildungskosten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296B61A6" w14:textId="578AA536" w:rsidR="002A5C85" w:rsidRPr="0075654A" w:rsidRDefault="00DE1B94" w:rsidP="00DE1B94">
            <w:pPr>
              <w:tabs>
                <w:tab w:val="right" w:pos="2161"/>
              </w:tabs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5654A">
              <w:rPr>
                <w:rFonts w:ascii="Arial" w:hAnsi="Arial" w:cs="Arial"/>
                <w:b/>
                <w:bCs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b/>
                <w:bCs/>
                <w:lang w:val="de-CH"/>
              </w:rP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tab/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sym w:font="Wingdings" w:char="F0E0"/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bottom"/>
          </w:tcPr>
          <w:p w14:paraId="178DE3E4" w14:textId="7D919112" w:rsidR="002A5C85" w:rsidRPr="00747237" w:rsidRDefault="00DE1B94" w:rsidP="00DE1B94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 xml:space="preserve">   CHF </w:t>
            </w:r>
            <w:r w:rsidRPr="00747237">
              <w:rPr>
                <w:rFonts w:ascii="Arial" w:hAnsi="Arial" w:cs="Arial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747237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47237">
              <w:rPr>
                <w:rFonts w:ascii="Arial" w:hAnsi="Arial" w:cs="Arial"/>
                <w:lang w:val="de-CH"/>
              </w:rPr>
            </w:r>
            <w:r w:rsidRPr="00747237">
              <w:rPr>
                <w:rFonts w:ascii="Arial" w:hAnsi="Arial" w:cs="Arial"/>
                <w:lang w:val="de-CH"/>
              </w:rPr>
              <w:fldChar w:fldCharType="separate"/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lang w:val="de-CH"/>
              </w:rPr>
              <w:fldChar w:fldCharType="end"/>
            </w:r>
            <w:bookmarkEnd w:id="10"/>
          </w:p>
        </w:tc>
      </w:tr>
    </w:tbl>
    <w:p w14:paraId="375C56FC" w14:textId="77777777" w:rsidR="002A5C85" w:rsidRPr="00DE1B94" w:rsidRDefault="002A5C85" w:rsidP="003D5C59">
      <w:pPr>
        <w:spacing w:after="120"/>
        <w:rPr>
          <w:rFonts w:ascii="Arial" w:hAnsi="Arial" w:cs="Arial"/>
          <w:sz w:val="20"/>
          <w:szCs w:val="20"/>
          <w:lang w:val="de-CH"/>
        </w:rPr>
      </w:pP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410"/>
        <w:gridCol w:w="2268"/>
      </w:tblGrid>
      <w:tr w:rsidR="00DE1B94" w:rsidRPr="00DE1B94" w14:paraId="679A2C59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64254B31" w14:textId="718CFD0E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Kostgeld und Zimmer bei Eltern</w:t>
            </w:r>
            <w:r w:rsidR="008C5D0F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747237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(nur wenn </w:t>
            </w:r>
            <w:r w:rsidR="00D76952" w:rsidRPr="008C5D0F">
              <w:rPr>
                <w:rFonts w:ascii="Arial" w:hAnsi="Arial" w:cs="Arial"/>
                <w:sz w:val="16"/>
                <w:szCs w:val="16"/>
                <w:lang w:val="de-CH"/>
              </w:rPr>
              <w:t>effektiv</w:t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 bezahlt)</w:t>
            </w:r>
          </w:p>
        </w:tc>
        <w:tc>
          <w:tcPr>
            <w:tcW w:w="2410" w:type="dxa"/>
            <w:vAlign w:val="bottom"/>
          </w:tcPr>
          <w:p w14:paraId="05C2809A" w14:textId="77777777" w:rsidR="00DE1B94" w:rsidRPr="0075654A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11CC59B5" w14:textId="77777777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DE1B94" w:rsidRPr="00DE1B94" w14:paraId="54CD2929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20A449FF" w14:textId="224C9F04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Verpflegung am Ausbildungsort</w:t>
            </w:r>
            <w:r w:rsidR="00747237">
              <w:rPr>
                <w:rFonts w:ascii="Arial" w:hAnsi="Arial" w:cs="Arial"/>
                <w:sz w:val="16"/>
                <w:szCs w:val="16"/>
                <w:lang w:val="de-CH"/>
              </w:rPr>
              <w:br/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>(Anz. Mahlzeiten/Woche)</w:t>
            </w:r>
          </w:p>
        </w:tc>
        <w:tc>
          <w:tcPr>
            <w:tcW w:w="2410" w:type="dxa"/>
            <w:vAlign w:val="bottom"/>
          </w:tcPr>
          <w:p w14:paraId="59B7722F" w14:textId="77777777" w:rsidR="00DE1B94" w:rsidRPr="0075654A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6DA457E7" w14:textId="77777777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DE1B94" w:rsidRPr="00DE1B94" w14:paraId="0C00D8D2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5DB0E7A1" w14:textId="4B29E6FC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Zimmer/Wohnung</w:t>
            </w:r>
            <w:r w:rsidR="00DF348A">
              <w:rPr>
                <w:rFonts w:ascii="Arial" w:hAnsi="Arial" w:cs="Arial"/>
                <w:lang w:val="de-CH"/>
              </w:rPr>
              <w:br/>
            </w:r>
            <w:r w:rsidR="008C5D0F" w:rsidRPr="008C5D0F">
              <w:rPr>
                <w:rFonts w:ascii="Arial" w:hAnsi="Arial" w:cs="Arial"/>
                <w:sz w:val="16"/>
                <w:szCs w:val="16"/>
                <w:lang w:val="de-CH"/>
              </w:rPr>
              <w:t>(ausserhalb</w:t>
            </w:r>
            <w:r w:rsidR="00DF348A">
              <w:rPr>
                <w:rFonts w:ascii="Arial" w:hAnsi="Arial" w:cs="Arial"/>
                <w:sz w:val="16"/>
                <w:szCs w:val="16"/>
                <w:lang w:val="de-CH"/>
              </w:rPr>
              <w:t xml:space="preserve"> des</w:t>
            </w:r>
            <w:r w:rsidR="008C5D0F"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 elterlichen Wohnsitzes)</w:t>
            </w:r>
          </w:p>
        </w:tc>
        <w:tc>
          <w:tcPr>
            <w:tcW w:w="2410" w:type="dxa"/>
            <w:vAlign w:val="bottom"/>
          </w:tcPr>
          <w:p w14:paraId="66B2EE3E" w14:textId="77777777" w:rsidR="00DE1B94" w:rsidRPr="0075654A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796AA9CB" w14:textId="77777777" w:rsidR="00DE1B94" w:rsidRPr="00F90BF2" w:rsidRDefault="00DE1B94" w:rsidP="00075A6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DE1B94" w:rsidRPr="00DE1B94" w14:paraId="58E8FFD4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178A9E5F" w14:textId="26B3E7EB" w:rsidR="00DE1B94" w:rsidRPr="00747237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Gesundheitspflege / Krankenkasse</w:t>
            </w:r>
          </w:p>
        </w:tc>
        <w:tc>
          <w:tcPr>
            <w:tcW w:w="2410" w:type="dxa"/>
            <w:vAlign w:val="bottom"/>
          </w:tcPr>
          <w:p w14:paraId="3BEA7130" w14:textId="77777777" w:rsidR="00DE1B94" w:rsidRPr="0075654A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2C050DA3" w14:textId="77777777" w:rsidR="00DE1B94" w:rsidRPr="00F90BF2" w:rsidRDefault="00DE1B94" w:rsidP="00075A6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DE1B94" w:rsidRPr="00DE1B94" w14:paraId="3A7635C3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7DAB4B24" w14:textId="4CB74537" w:rsidR="00DE1B94" w:rsidRPr="00DE1B94" w:rsidRDefault="00DE1B94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Andere Kosten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255B58">
              <w:rPr>
                <w:rFonts w:ascii="Arial" w:hAnsi="Arial" w:cs="Arial"/>
                <w:sz w:val="20"/>
                <w:szCs w:val="20"/>
                <w:lang w:val="de-CH"/>
              </w:rPr>
              <w:br/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(Steuern, Freizeit </w:t>
            </w:r>
            <w:proofErr w:type="gramStart"/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>etc.)</w:t>
            </w:r>
            <w:r w:rsidR="00A541EB">
              <w:rPr>
                <w:rFonts w:ascii="Arial" w:hAnsi="Arial" w:cs="Arial"/>
                <w:sz w:val="16"/>
                <w:szCs w:val="16"/>
                <w:lang w:val="de-CH"/>
              </w:rPr>
              <w:t>*</w:t>
            </w:r>
            <w:proofErr w:type="gramEnd"/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F6EB032" w14:textId="77777777" w:rsidR="00DE1B94" w:rsidRPr="0075654A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446A3B6A" w14:textId="77777777" w:rsidR="00DE1B94" w:rsidRPr="00F90BF2" w:rsidRDefault="00DE1B94" w:rsidP="00075A65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</w:tr>
      <w:tr w:rsidR="00D76952" w:rsidRPr="00DE1B94" w14:paraId="728476C1" w14:textId="77777777" w:rsidTr="008C5D0F">
        <w:trPr>
          <w:trHeight w:hRule="exact" w:val="510"/>
        </w:trPr>
        <w:tc>
          <w:tcPr>
            <w:tcW w:w="5103" w:type="dxa"/>
            <w:vAlign w:val="bottom"/>
          </w:tcPr>
          <w:p w14:paraId="239EA658" w14:textId="3F392CBF" w:rsidR="00DE1B94" w:rsidRPr="00DE1B94" w:rsidRDefault="00DE1B94" w:rsidP="00075A65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DE1B94">
              <w:rPr>
                <w:rFonts w:ascii="Arial" w:hAnsi="Arial" w:cs="Arial"/>
                <w:b/>
                <w:bCs/>
                <w:lang w:val="de-CH"/>
              </w:rPr>
              <w:t xml:space="preserve">Total </w:t>
            </w:r>
            <w:r w:rsidR="00D76952">
              <w:rPr>
                <w:rFonts w:ascii="Arial" w:hAnsi="Arial" w:cs="Arial"/>
                <w:b/>
                <w:bCs/>
                <w:lang w:val="de-CH"/>
              </w:rPr>
              <w:t>Lebenshaltungskosten</w:t>
            </w:r>
          </w:p>
        </w:tc>
        <w:tc>
          <w:tcPr>
            <w:tcW w:w="241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1860333F" w14:textId="77777777" w:rsidR="00DE1B94" w:rsidRPr="00747237" w:rsidRDefault="00DE1B94" w:rsidP="00075A65">
            <w:pPr>
              <w:tabs>
                <w:tab w:val="right" w:pos="2161"/>
              </w:tabs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b/>
                <w:bCs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b/>
                <w:bCs/>
                <w:lang w:val="de-CH"/>
              </w:rP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  <w:r w:rsidRPr="00747237">
              <w:rPr>
                <w:rFonts w:ascii="Arial" w:hAnsi="Arial" w:cs="Arial"/>
                <w:lang w:val="de-CH"/>
              </w:rPr>
              <w:tab/>
            </w:r>
            <w:r w:rsidRPr="00747237">
              <w:rPr>
                <w:rFonts w:ascii="Arial" w:hAnsi="Arial" w:cs="Arial"/>
                <w:lang w:val="de-CH"/>
              </w:rPr>
              <w:sym w:font="Wingdings" w:char="F0E0"/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bottom"/>
          </w:tcPr>
          <w:p w14:paraId="3D9AB0FC" w14:textId="77777777" w:rsidR="00DE1B94" w:rsidRPr="00747237" w:rsidRDefault="00DE1B94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 xml:space="preserve">   CHF </w:t>
            </w:r>
            <w:r w:rsidRPr="00747237">
              <w:rPr>
                <w:rFonts w:ascii="Arial" w:hAnsi="Arial" w:cs="Arial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47237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47237">
              <w:rPr>
                <w:rFonts w:ascii="Arial" w:hAnsi="Arial" w:cs="Arial"/>
                <w:lang w:val="de-CH"/>
              </w:rPr>
            </w:r>
            <w:r w:rsidRPr="00747237">
              <w:rPr>
                <w:rFonts w:ascii="Arial" w:hAnsi="Arial" w:cs="Arial"/>
                <w:lang w:val="de-CH"/>
              </w:rPr>
              <w:fldChar w:fldCharType="separate"/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D76952" w:rsidRPr="00DE1B94" w14:paraId="7B838BAD" w14:textId="77777777" w:rsidTr="008C5D0F">
        <w:trPr>
          <w:trHeight w:hRule="exact" w:val="510"/>
        </w:trPr>
        <w:tc>
          <w:tcPr>
            <w:tcW w:w="5103" w:type="dxa"/>
            <w:vAlign w:val="bottom"/>
          </w:tcPr>
          <w:p w14:paraId="47A2CC63" w14:textId="5B8B8BA1" w:rsidR="00D76952" w:rsidRPr="00DE1B94" w:rsidRDefault="00966A7D" w:rsidP="00075A65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>
              <w:rPr>
                <w:rFonts w:ascii="Arial" w:hAnsi="Arial" w:cs="Arial"/>
                <w:b/>
                <w:bCs/>
                <w:lang w:val="de-CH"/>
              </w:rPr>
              <w:t>Total Ausgaben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bottom"/>
          </w:tcPr>
          <w:p w14:paraId="4B87CE80" w14:textId="56419B13" w:rsidR="00D76952" w:rsidRPr="00747237" w:rsidRDefault="008C5D0F" w:rsidP="00075A65">
            <w:pPr>
              <w:tabs>
                <w:tab w:val="right" w:pos="2161"/>
              </w:tabs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47237">
              <w:rPr>
                <w:rFonts w:ascii="Arial" w:hAnsi="Arial" w:cs="Arial"/>
                <w:b/>
                <w:bCs/>
                <w:lang w:val="de-CH"/>
              </w:rPr>
              <w:t>Gesamtkosten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bottom"/>
          </w:tcPr>
          <w:p w14:paraId="3409EADA" w14:textId="0AC17DDD" w:rsidR="00D76952" w:rsidRPr="0075654A" w:rsidRDefault="00D76952" w:rsidP="00075A65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5654A">
              <w:rPr>
                <w:rFonts w:ascii="Arial" w:hAnsi="Arial" w:cs="Arial"/>
                <w:b/>
                <w:bCs/>
                <w:lang w:val="de-CH"/>
              </w:rPr>
              <w:t xml:space="preserve">   CHF 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b/>
                <w:bCs/>
                <w:lang w:val="de-CH"/>
              </w:rPr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</w:p>
        </w:tc>
      </w:tr>
    </w:tbl>
    <w:p w14:paraId="570704FA" w14:textId="77777777" w:rsidR="002A5C85" w:rsidRDefault="002A5C85" w:rsidP="003D5C59">
      <w:pPr>
        <w:spacing w:after="120"/>
        <w:rPr>
          <w:rFonts w:ascii="Arial" w:hAnsi="Arial" w:cs="Arial"/>
          <w:lang w:val="de-CH"/>
        </w:rPr>
      </w:pP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410"/>
        <w:gridCol w:w="2268"/>
      </w:tblGrid>
      <w:tr w:rsidR="008C5D0F" w:rsidRPr="00DE1B94" w14:paraId="60EAE763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7450A646" w14:textId="3E9E1989" w:rsidR="008C5D0F" w:rsidRPr="00DE1B94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Einkommen de</w:t>
            </w:r>
            <w:r w:rsidR="00564201">
              <w:rPr>
                <w:rFonts w:ascii="Arial" w:hAnsi="Arial" w:cs="Arial"/>
                <w:lang w:val="de-CH"/>
              </w:rPr>
              <w:t>r gesuchstellenden Person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br/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de-CH"/>
              </w:rPr>
              <w:t>Nebenverdienst, Ferienarbeit</w:t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>)</w:t>
            </w:r>
          </w:p>
        </w:tc>
        <w:tc>
          <w:tcPr>
            <w:tcW w:w="2410" w:type="dxa"/>
            <w:vAlign w:val="bottom"/>
          </w:tcPr>
          <w:p w14:paraId="5507B839" w14:textId="77777777" w:rsidR="008C5D0F" w:rsidRPr="0075654A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24335905" w14:textId="77777777" w:rsidR="008C5D0F" w:rsidRPr="00F90BF2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8C5D0F" w:rsidRPr="00DE1B94" w14:paraId="2C352323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2EBBA140" w14:textId="12120E8C" w:rsidR="008C5D0F" w:rsidRPr="00747237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Ausbildungsbeiträge von Dritten</w:t>
            </w:r>
          </w:p>
        </w:tc>
        <w:tc>
          <w:tcPr>
            <w:tcW w:w="2410" w:type="dxa"/>
            <w:vAlign w:val="bottom"/>
          </w:tcPr>
          <w:p w14:paraId="6F25D762" w14:textId="77777777" w:rsidR="008C5D0F" w:rsidRPr="0075654A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19C4C137" w14:textId="77777777" w:rsidR="008C5D0F" w:rsidRPr="00F90BF2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8C5D0F" w:rsidRPr="00DE1B94" w14:paraId="36FE6110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0D91CC7C" w14:textId="4542CA40" w:rsidR="008C5D0F" w:rsidRPr="00DE1B94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Alimenten, Waisen-Renten etc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>.</w:t>
            </w:r>
          </w:p>
        </w:tc>
        <w:tc>
          <w:tcPr>
            <w:tcW w:w="2410" w:type="dxa"/>
            <w:vAlign w:val="bottom"/>
          </w:tcPr>
          <w:p w14:paraId="2D5E7190" w14:textId="77777777" w:rsidR="008C5D0F" w:rsidRPr="0075654A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1B3763DA" w14:textId="77777777" w:rsidR="008C5D0F" w:rsidRPr="00F90BF2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8C5D0F" w:rsidRPr="00DE1B94" w14:paraId="0CCBEA86" w14:textId="77777777" w:rsidTr="00255B58">
        <w:trPr>
          <w:trHeight w:hRule="exact" w:val="510"/>
        </w:trPr>
        <w:tc>
          <w:tcPr>
            <w:tcW w:w="5103" w:type="dxa"/>
            <w:vAlign w:val="bottom"/>
          </w:tcPr>
          <w:p w14:paraId="715B4F04" w14:textId="2427B6A6" w:rsidR="008C5D0F" w:rsidRPr="00DE1B94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>Andere Einnahmen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Pr="008C5D0F">
              <w:rPr>
                <w:rFonts w:ascii="Arial" w:hAnsi="Arial" w:cs="Arial"/>
                <w:sz w:val="16"/>
                <w:szCs w:val="16"/>
                <w:lang w:val="de-CH"/>
              </w:rPr>
              <w:t xml:space="preserve">(bitte detailliert </w:t>
            </w:r>
            <w:r w:rsidR="00E93DCC" w:rsidRPr="008C5D0F">
              <w:rPr>
                <w:rFonts w:ascii="Arial" w:hAnsi="Arial" w:cs="Arial"/>
                <w:sz w:val="16"/>
                <w:szCs w:val="16"/>
                <w:lang w:val="de-CH"/>
              </w:rPr>
              <w:t>aufführen</w:t>
            </w:r>
            <w:r w:rsidR="00A541EB">
              <w:rPr>
                <w:rFonts w:ascii="Arial" w:hAnsi="Arial" w:cs="Arial"/>
                <w:sz w:val="16"/>
                <w:szCs w:val="16"/>
                <w:lang w:val="de-CH"/>
              </w:rPr>
              <w:t>*</w:t>
            </w:r>
            <w:r w:rsidR="00E93DCC" w:rsidRPr="008C5D0F">
              <w:rPr>
                <w:rFonts w:ascii="Arial" w:hAnsi="Arial" w:cs="Arial"/>
                <w:sz w:val="16"/>
                <w:szCs w:val="16"/>
                <w:lang w:val="de-CH"/>
              </w:rPr>
              <w:t>)</w:t>
            </w:r>
            <w:r w:rsidR="00E93DCC" w:rsidRPr="00827C10">
              <w:rPr>
                <w:rFonts w:ascii="Arial" w:hAnsi="Arial" w:cs="Arial"/>
                <w:lang w:val="de-CH"/>
              </w:rPr>
              <w:t xml:space="preserve"> *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6F33DAB" w14:textId="77777777" w:rsidR="008C5D0F" w:rsidRPr="0075654A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5654A">
              <w:rPr>
                <w:rFonts w:ascii="Arial" w:hAnsi="Arial" w:cs="Arial"/>
                <w:lang w:val="de-CH"/>
              </w:rPr>
              <w:t xml:space="preserve">CHF </w:t>
            </w:r>
            <w:r w:rsidRPr="0075654A">
              <w:rPr>
                <w:rFonts w:ascii="Arial" w:hAnsi="Arial" w:cs="Arial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5654A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5654A">
              <w:rPr>
                <w:rFonts w:ascii="Arial" w:hAnsi="Arial" w:cs="Arial"/>
                <w:lang w:val="de-CH"/>
              </w:rPr>
            </w:r>
            <w:r w:rsidRPr="0075654A">
              <w:rPr>
                <w:rFonts w:ascii="Arial" w:hAnsi="Arial" w:cs="Arial"/>
                <w:lang w:val="de-CH"/>
              </w:rPr>
              <w:fldChar w:fldCharType="separate"/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noProof/>
                <w:lang w:val="de-CH"/>
              </w:rPr>
              <w:t> </w:t>
            </w:r>
            <w:r w:rsidRPr="0075654A">
              <w:rPr>
                <w:rFonts w:ascii="Arial" w:hAnsi="Arial" w:cs="Arial"/>
                <w:lang w:val="de-CH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4C91B4A5" w14:textId="77777777" w:rsidR="008C5D0F" w:rsidRPr="00F90BF2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8C5D0F" w:rsidRPr="00DE1B94" w14:paraId="2B5628BE" w14:textId="77777777" w:rsidTr="008C5D0F">
        <w:trPr>
          <w:trHeight w:hRule="exact" w:val="510"/>
        </w:trPr>
        <w:tc>
          <w:tcPr>
            <w:tcW w:w="5103" w:type="dxa"/>
            <w:vAlign w:val="bottom"/>
          </w:tcPr>
          <w:p w14:paraId="05F0BC39" w14:textId="55C9E375" w:rsidR="008C5D0F" w:rsidRPr="00DE1B94" w:rsidRDefault="008C5D0F" w:rsidP="00075A65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DE1B94">
              <w:rPr>
                <w:rFonts w:ascii="Arial" w:hAnsi="Arial" w:cs="Arial"/>
                <w:b/>
                <w:bCs/>
                <w:lang w:val="de-CH"/>
              </w:rPr>
              <w:t xml:space="preserve">Total </w:t>
            </w:r>
            <w:r w:rsidR="00966A7D">
              <w:rPr>
                <w:rFonts w:ascii="Arial" w:hAnsi="Arial" w:cs="Arial"/>
                <w:b/>
                <w:bCs/>
                <w:lang w:val="de-CH"/>
              </w:rPr>
              <w:t>Einnahmen</w:t>
            </w:r>
          </w:p>
        </w:tc>
        <w:tc>
          <w:tcPr>
            <w:tcW w:w="241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7F718A41" w14:textId="77777777" w:rsidR="008C5D0F" w:rsidRPr="00747237" w:rsidRDefault="008C5D0F" w:rsidP="00075A65">
            <w:pPr>
              <w:tabs>
                <w:tab w:val="right" w:pos="2161"/>
              </w:tabs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47237">
              <w:rPr>
                <w:rFonts w:ascii="Arial" w:hAnsi="Arial" w:cs="Arial"/>
                <w:b/>
                <w:bCs/>
                <w:lang w:val="de-CH"/>
              </w:rPr>
              <w:t xml:space="preserve">CHF </w:t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Pr="00747237">
              <w:rPr>
                <w:rFonts w:ascii="Arial" w:hAnsi="Arial" w:cs="Arial"/>
                <w:b/>
                <w:bCs/>
                <w:lang w:val="de-CH"/>
              </w:rPr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tab/>
            </w:r>
            <w:r w:rsidRPr="00747237">
              <w:rPr>
                <w:rFonts w:ascii="Arial" w:hAnsi="Arial" w:cs="Arial"/>
                <w:lang w:val="de-CH"/>
              </w:rPr>
              <w:sym w:font="Wingdings" w:char="F0E0"/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bottom"/>
          </w:tcPr>
          <w:p w14:paraId="41D1DE9E" w14:textId="77777777" w:rsidR="008C5D0F" w:rsidRPr="00747237" w:rsidRDefault="008C5D0F" w:rsidP="00075A65">
            <w:pPr>
              <w:spacing w:before="60" w:after="60"/>
              <w:rPr>
                <w:rFonts w:ascii="Arial" w:hAnsi="Arial" w:cs="Arial"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 xml:space="preserve">   CHF </w:t>
            </w:r>
            <w:r w:rsidRPr="00747237">
              <w:rPr>
                <w:rFonts w:ascii="Arial" w:hAnsi="Arial" w:cs="Arial"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47237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747237">
              <w:rPr>
                <w:rFonts w:ascii="Arial" w:hAnsi="Arial" w:cs="Arial"/>
                <w:lang w:val="de-CH"/>
              </w:rPr>
            </w:r>
            <w:r w:rsidRPr="00747237">
              <w:rPr>
                <w:rFonts w:ascii="Arial" w:hAnsi="Arial" w:cs="Arial"/>
                <w:lang w:val="de-CH"/>
              </w:rPr>
              <w:fldChar w:fldCharType="separate"/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lang w:val="de-CH"/>
              </w:rPr>
              <w:fldChar w:fldCharType="end"/>
            </w:r>
          </w:p>
        </w:tc>
      </w:tr>
      <w:tr w:rsidR="008C5D0F" w:rsidRPr="00DE1B94" w14:paraId="1E504E5C" w14:textId="77777777" w:rsidTr="00075A65">
        <w:trPr>
          <w:trHeight w:hRule="exact" w:val="510"/>
        </w:trPr>
        <w:tc>
          <w:tcPr>
            <w:tcW w:w="5103" w:type="dxa"/>
            <w:vAlign w:val="bottom"/>
          </w:tcPr>
          <w:p w14:paraId="2365D698" w14:textId="633BFEAA" w:rsidR="008C5D0F" w:rsidRPr="004E5E52" w:rsidRDefault="008C5D0F" w:rsidP="00075A65">
            <w:pPr>
              <w:spacing w:before="60" w:after="6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bottom"/>
          </w:tcPr>
          <w:p w14:paraId="14E64955" w14:textId="77777777" w:rsidR="008C5D0F" w:rsidRPr="00747237" w:rsidRDefault="008C5D0F" w:rsidP="00747237">
            <w:pPr>
              <w:tabs>
                <w:tab w:val="right" w:pos="2161"/>
              </w:tabs>
              <w:spacing w:before="60" w:after="60"/>
              <w:ind w:left="-102"/>
              <w:rPr>
                <w:rFonts w:ascii="Arial" w:hAnsi="Arial" w:cs="Arial"/>
                <w:b/>
                <w:bCs/>
                <w:lang w:val="de-CH"/>
              </w:rPr>
            </w:pPr>
            <w:r w:rsidRPr="00747237">
              <w:rPr>
                <w:rFonts w:ascii="Arial" w:hAnsi="Arial" w:cs="Arial"/>
                <w:b/>
                <w:bCs/>
                <w:lang w:val="de-CH"/>
              </w:rPr>
              <w:t>Fehlbetrag (Differenz)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CC"/>
            <w:vAlign w:val="bottom"/>
          </w:tcPr>
          <w:p w14:paraId="6197F9A0" w14:textId="77777777" w:rsidR="008C5D0F" w:rsidRPr="00747237" w:rsidRDefault="008C5D0F" w:rsidP="00075A65">
            <w:pPr>
              <w:spacing w:before="60" w:after="60"/>
              <w:rPr>
                <w:rFonts w:ascii="Arial" w:hAnsi="Arial" w:cs="Arial"/>
                <w:b/>
                <w:bCs/>
                <w:lang w:val="de-CH"/>
              </w:rPr>
            </w:pPr>
            <w:r w:rsidRPr="00747237">
              <w:rPr>
                <w:rFonts w:ascii="Arial" w:hAnsi="Arial" w:cs="Arial"/>
                <w:lang w:val="de-CH"/>
              </w:rPr>
              <w:t xml:space="preserve">   </w:t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t xml:space="preserve">CHF </w:t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instrText xml:space="preserve"> FORMTEXT </w:instrText>
            </w:r>
            <w:r w:rsidRPr="00747237">
              <w:rPr>
                <w:rFonts w:ascii="Arial" w:hAnsi="Arial" w:cs="Arial"/>
                <w:b/>
                <w:bCs/>
                <w:lang w:val="de-CH"/>
              </w:rPr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separate"/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noProof/>
                <w:lang w:val="de-CH"/>
              </w:rPr>
              <w:t> </w:t>
            </w:r>
            <w:r w:rsidRPr="00747237">
              <w:rPr>
                <w:rFonts w:ascii="Arial" w:hAnsi="Arial" w:cs="Arial"/>
                <w:b/>
                <w:bCs/>
                <w:lang w:val="de-CH"/>
              </w:rPr>
              <w:fldChar w:fldCharType="end"/>
            </w:r>
          </w:p>
        </w:tc>
      </w:tr>
    </w:tbl>
    <w:p w14:paraId="4D031C43" w14:textId="79458321" w:rsidR="00BF14F7" w:rsidRDefault="00782200" w:rsidP="009E141A">
      <w:pPr>
        <w:spacing w:after="360"/>
        <w:rPr>
          <w:rFonts w:ascii="Arial" w:hAnsi="Arial" w:cs="Arial"/>
          <w:lang w:val="de-CH"/>
        </w:rPr>
      </w:pPr>
      <w:r w:rsidRPr="00F84534">
        <w:rPr>
          <w:rFonts w:ascii="Arial" w:hAnsi="Arial" w:cs="Arial"/>
          <w:shd w:val="clear" w:color="auto" w:fill="FFFFCC"/>
          <w:lang w:val="de-CH"/>
        </w:rPr>
        <w:t>*</w:t>
      </w:r>
      <w:r w:rsidR="000970A2" w:rsidRPr="00F84534">
        <w:rPr>
          <w:rFonts w:ascii="Arial" w:hAnsi="Arial" w:cs="Arial"/>
          <w:shd w:val="clear" w:color="auto" w:fill="FFFFCC"/>
          <w:lang w:val="de-CH"/>
        </w:rPr>
        <w:t xml:space="preserve"> </w:t>
      </w:r>
      <w:r w:rsidRPr="00F84534">
        <w:rPr>
          <w:rFonts w:ascii="Arial" w:hAnsi="Arial" w:cs="Arial"/>
          <w:sz w:val="20"/>
          <w:szCs w:val="20"/>
          <w:shd w:val="clear" w:color="auto" w:fill="FFFFCC"/>
          <w:lang w:val="de-CH"/>
        </w:rPr>
        <w:t>bei Bedarf separates Beiblatt verwenden</w:t>
      </w:r>
      <w:r w:rsidR="005A3829">
        <w:rPr>
          <w:rFonts w:ascii="Arial" w:hAnsi="Arial" w:cs="Arial"/>
          <w:sz w:val="20"/>
          <w:szCs w:val="20"/>
          <w:shd w:val="clear" w:color="auto" w:fill="FFFFCC"/>
          <w:lang w:val="de-CH"/>
        </w:rPr>
        <w:br/>
      </w:r>
    </w:p>
    <w:p w14:paraId="02E5DD85" w14:textId="7D8225DA" w:rsidR="00BF14F7" w:rsidRPr="00403347" w:rsidRDefault="00501247" w:rsidP="00BF14F7">
      <w:pPr>
        <w:pStyle w:val="Listenabsatz"/>
        <w:numPr>
          <w:ilvl w:val="0"/>
          <w:numId w:val="10"/>
        </w:numPr>
        <w:pBdr>
          <w:bottom w:val="single" w:sz="4" w:space="1" w:color="auto"/>
        </w:pBdr>
        <w:spacing w:after="120"/>
        <w:ind w:left="709" w:hanging="709"/>
        <w:contextualSpacing w:val="0"/>
        <w:rPr>
          <w:rFonts w:ascii="Arial" w:hAnsi="Arial" w:cs="Arial"/>
          <w:b/>
          <w:bCs/>
          <w:sz w:val="28"/>
          <w:szCs w:val="28"/>
          <w:lang w:val="de-CH"/>
        </w:rPr>
      </w:pPr>
      <w:r>
        <w:rPr>
          <w:rFonts w:ascii="Arial" w:hAnsi="Arial" w:cs="Arial"/>
          <w:b/>
          <w:bCs/>
          <w:sz w:val="28"/>
          <w:szCs w:val="28"/>
          <w:lang w:val="de-CH"/>
        </w:rPr>
        <w:t xml:space="preserve">Beleg der </w:t>
      </w:r>
      <w:r w:rsidR="00BF14F7" w:rsidRPr="00403347">
        <w:rPr>
          <w:rFonts w:ascii="Arial" w:hAnsi="Arial" w:cs="Arial"/>
          <w:b/>
          <w:bCs/>
          <w:sz w:val="28"/>
          <w:szCs w:val="28"/>
          <w:lang w:val="de-CH"/>
        </w:rPr>
        <w:t xml:space="preserve">Einkommens- und Vermögensverhältnisse </w:t>
      </w:r>
      <w:r w:rsidR="00BF14F7">
        <w:rPr>
          <w:rFonts w:ascii="Arial" w:hAnsi="Arial" w:cs="Arial"/>
          <w:b/>
          <w:bCs/>
          <w:sz w:val="28"/>
          <w:szCs w:val="28"/>
          <w:lang w:val="de-CH"/>
        </w:rPr>
        <w:br/>
      </w:r>
      <w:r w:rsidR="00BF14F7" w:rsidRPr="000840A0">
        <w:rPr>
          <w:rFonts w:ascii="Arial" w:hAnsi="Arial" w:cs="Arial"/>
          <w:sz w:val="20"/>
          <w:szCs w:val="20"/>
          <w:lang w:val="de-CH"/>
        </w:rPr>
        <w:t xml:space="preserve">(gemäss </w:t>
      </w:r>
      <w:r w:rsidR="00BF14F7" w:rsidRPr="009E141A">
        <w:rPr>
          <w:rFonts w:ascii="Arial" w:hAnsi="Arial" w:cs="Arial"/>
          <w:sz w:val="20"/>
          <w:szCs w:val="20"/>
          <w:shd w:val="clear" w:color="auto" w:fill="FFFFCC"/>
          <w:lang w:val="de-CH"/>
        </w:rPr>
        <w:t>Staatsteuer</w:t>
      </w:r>
      <w:r w:rsidR="00BF14F7" w:rsidRPr="000840A0">
        <w:rPr>
          <w:rFonts w:ascii="Arial" w:hAnsi="Arial" w:cs="Arial"/>
          <w:sz w:val="20"/>
          <w:szCs w:val="20"/>
          <w:lang w:val="de-CH"/>
        </w:rPr>
        <w:t>taxation)</w:t>
      </w:r>
    </w:p>
    <w:p w14:paraId="152DDE38" w14:textId="674EF176" w:rsidR="00AE1D75" w:rsidRPr="00B202B2" w:rsidRDefault="00131FC0" w:rsidP="00961FC0">
      <w:pPr>
        <w:spacing w:before="240" w:after="120"/>
        <w:ind w:right="-143"/>
        <w:jc w:val="both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D</w:t>
      </w:r>
      <w:r w:rsidR="00BF14F7" w:rsidRPr="00B202B2">
        <w:rPr>
          <w:rFonts w:ascii="Arial" w:hAnsi="Arial" w:cs="Arial"/>
          <w:lang w:val="de-CH"/>
        </w:rPr>
        <w:t>iesem Gesuch</w:t>
      </w:r>
      <w:r>
        <w:rPr>
          <w:rFonts w:ascii="Arial" w:hAnsi="Arial" w:cs="Arial"/>
          <w:lang w:val="de-CH"/>
        </w:rPr>
        <w:t xml:space="preserve"> ist</w:t>
      </w:r>
      <w:r w:rsidR="00BF14F7" w:rsidRPr="00B202B2">
        <w:rPr>
          <w:rFonts w:ascii="Arial" w:hAnsi="Arial" w:cs="Arial"/>
          <w:lang w:val="de-CH"/>
        </w:rPr>
        <w:t xml:space="preserve"> </w:t>
      </w:r>
      <w:r w:rsidR="008876B7" w:rsidRPr="00B202B2">
        <w:rPr>
          <w:rFonts w:ascii="Arial" w:hAnsi="Arial" w:cs="Arial"/>
          <w:lang w:val="de-CH"/>
        </w:rPr>
        <w:t xml:space="preserve">eine Kopie </w:t>
      </w:r>
      <w:r w:rsidR="00B202B2" w:rsidRPr="00B202B2">
        <w:rPr>
          <w:rFonts w:ascii="Arial" w:hAnsi="Arial" w:cs="Arial"/>
          <w:lang w:val="de-CH"/>
        </w:rPr>
        <w:t xml:space="preserve">der </w:t>
      </w:r>
      <w:r w:rsidR="008876B7" w:rsidRPr="00F84534">
        <w:rPr>
          <w:rFonts w:ascii="Arial" w:hAnsi="Arial" w:cs="Arial"/>
          <w:b/>
          <w:bCs/>
          <w:shd w:val="clear" w:color="auto" w:fill="FFFFCC"/>
          <w:lang w:val="de-CH"/>
        </w:rPr>
        <w:t xml:space="preserve">letzten </w:t>
      </w:r>
      <w:r w:rsidR="00B202B2" w:rsidRPr="00131FC0">
        <w:rPr>
          <w:rFonts w:ascii="Arial" w:hAnsi="Arial" w:cs="Arial"/>
          <w:b/>
          <w:bCs/>
          <w:shd w:val="clear" w:color="auto" w:fill="FFFFCC"/>
          <w:lang w:val="de-CH"/>
        </w:rPr>
        <w:t xml:space="preserve">definitiven </w:t>
      </w:r>
      <w:r w:rsidR="008876B7" w:rsidRPr="00131FC0">
        <w:rPr>
          <w:rFonts w:ascii="Arial" w:hAnsi="Arial" w:cs="Arial"/>
          <w:b/>
          <w:bCs/>
          <w:shd w:val="clear" w:color="auto" w:fill="FFFFCC"/>
          <w:lang w:val="de-CH"/>
        </w:rPr>
        <w:t>Veranlagungs</w:t>
      </w:r>
      <w:r w:rsidR="00B202B2" w:rsidRPr="00131FC0">
        <w:rPr>
          <w:rFonts w:ascii="Arial" w:hAnsi="Arial" w:cs="Arial"/>
          <w:b/>
          <w:bCs/>
          <w:shd w:val="clear" w:color="auto" w:fill="FFFFCC"/>
          <w:lang w:val="de-CH"/>
        </w:rPr>
        <w:t>verfügung</w:t>
      </w:r>
      <w:r w:rsidR="008876B7" w:rsidRPr="00131FC0">
        <w:rPr>
          <w:rFonts w:ascii="Arial" w:hAnsi="Arial" w:cs="Arial"/>
          <w:b/>
          <w:bCs/>
          <w:shd w:val="clear" w:color="auto" w:fill="FFFFCC"/>
          <w:lang w:val="de-CH"/>
        </w:rPr>
        <w:t xml:space="preserve"> </w:t>
      </w:r>
      <w:r w:rsidR="00BF14F7" w:rsidRPr="007D0243">
        <w:rPr>
          <w:rFonts w:ascii="Arial" w:hAnsi="Arial" w:cs="Arial"/>
          <w:b/>
          <w:bCs/>
          <w:shd w:val="clear" w:color="auto" w:fill="FFFFCC"/>
          <w:lang w:val="de-CH"/>
        </w:rPr>
        <w:t>Staats</w:t>
      </w:r>
      <w:r w:rsidR="00BF14F7" w:rsidRPr="00131FC0">
        <w:rPr>
          <w:rFonts w:ascii="Arial" w:hAnsi="Arial" w:cs="Arial"/>
          <w:b/>
          <w:bCs/>
          <w:shd w:val="clear" w:color="auto" w:fill="FFFFCC"/>
          <w:lang w:val="de-CH"/>
        </w:rPr>
        <w:t>steuer</w:t>
      </w:r>
      <w:r w:rsidR="006E4BB9">
        <w:rPr>
          <w:rFonts w:ascii="Arial" w:hAnsi="Arial" w:cs="Arial"/>
          <w:b/>
          <w:bCs/>
          <w:shd w:val="clear" w:color="auto" w:fill="FFFFCC"/>
          <w:lang w:val="de-CH"/>
        </w:rPr>
        <w:t xml:space="preserve"> </w:t>
      </w:r>
      <w:r>
        <w:rPr>
          <w:rFonts w:ascii="Arial" w:hAnsi="Arial" w:cs="Arial"/>
          <w:lang w:val="de-CH"/>
        </w:rPr>
        <w:br/>
      </w:r>
      <w:r w:rsidR="00B202B2" w:rsidRPr="00B202B2">
        <w:rPr>
          <w:rFonts w:ascii="Arial" w:hAnsi="Arial" w:cs="Arial"/>
          <w:lang w:val="de-CH"/>
        </w:rPr>
        <w:t xml:space="preserve">(Details </w:t>
      </w:r>
      <w:r w:rsidR="009E141A">
        <w:rPr>
          <w:rFonts w:ascii="Arial" w:hAnsi="Arial" w:cs="Arial"/>
          <w:lang w:val="de-CH"/>
        </w:rPr>
        <w:t xml:space="preserve">zur Veranlagungsverfügung </w:t>
      </w:r>
      <w:r w:rsidR="00B202B2" w:rsidRPr="00B202B2">
        <w:rPr>
          <w:rFonts w:ascii="Arial" w:hAnsi="Arial" w:cs="Arial"/>
          <w:lang w:val="de-CH"/>
        </w:rPr>
        <w:t>Zi</w:t>
      </w:r>
      <w:r w:rsidR="00B202B2">
        <w:rPr>
          <w:rFonts w:ascii="Arial" w:hAnsi="Arial" w:cs="Arial"/>
          <w:lang w:val="de-CH"/>
        </w:rPr>
        <w:t>ff</w:t>
      </w:r>
      <w:r w:rsidR="00B202B2" w:rsidRPr="00B202B2">
        <w:rPr>
          <w:rFonts w:ascii="Arial" w:hAnsi="Arial" w:cs="Arial"/>
          <w:lang w:val="de-CH"/>
        </w:rPr>
        <w:t xml:space="preserve">er 100 – 915) </w:t>
      </w:r>
      <w:r w:rsidR="00004750" w:rsidRPr="00B202B2">
        <w:rPr>
          <w:rFonts w:ascii="Arial" w:hAnsi="Arial" w:cs="Arial"/>
          <w:lang w:val="de-CH"/>
        </w:rPr>
        <w:t xml:space="preserve">der gesuchstellenden Person </w:t>
      </w:r>
      <w:r w:rsidR="00004750" w:rsidRPr="009E141A">
        <w:rPr>
          <w:rFonts w:ascii="Arial" w:hAnsi="Arial" w:cs="Arial"/>
          <w:b/>
          <w:bCs/>
          <w:shd w:val="clear" w:color="auto" w:fill="FFFFCC"/>
          <w:lang w:val="de-CH"/>
        </w:rPr>
        <w:t>und</w:t>
      </w:r>
      <w:r w:rsidR="00004750">
        <w:rPr>
          <w:rFonts w:ascii="Arial" w:hAnsi="Arial" w:cs="Arial"/>
          <w:lang w:val="de-CH"/>
        </w:rPr>
        <w:t xml:space="preserve"> </w:t>
      </w:r>
      <w:r w:rsidR="00BF14F7" w:rsidRPr="00B202B2">
        <w:rPr>
          <w:rFonts w:ascii="Arial" w:hAnsi="Arial" w:cs="Arial"/>
          <w:lang w:val="de-CH"/>
        </w:rPr>
        <w:t>der</w:t>
      </w:r>
      <w:r w:rsidR="009E141A">
        <w:rPr>
          <w:rFonts w:ascii="Arial" w:hAnsi="Arial" w:cs="Arial"/>
          <w:lang w:val="de-CH"/>
        </w:rPr>
        <w:t>en</w:t>
      </w:r>
      <w:r w:rsidR="00BF14F7" w:rsidRPr="00B202B2">
        <w:rPr>
          <w:rFonts w:ascii="Arial" w:hAnsi="Arial" w:cs="Arial"/>
          <w:lang w:val="de-CH"/>
        </w:rPr>
        <w:t xml:space="preserve"> Eltern oder anderer gesetzlich verpflichtete</w:t>
      </w:r>
      <w:r w:rsidR="00650556" w:rsidRPr="00B202B2">
        <w:rPr>
          <w:rFonts w:ascii="Arial" w:hAnsi="Arial" w:cs="Arial"/>
          <w:lang w:val="de-CH"/>
        </w:rPr>
        <w:t>r</w:t>
      </w:r>
      <w:r w:rsidR="00BF14F7" w:rsidRPr="00B202B2">
        <w:rPr>
          <w:rFonts w:ascii="Arial" w:hAnsi="Arial" w:cs="Arial"/>
          <w:lang w:val="de-CH"/>
        </w:rPr>
        <w:t xml:space="preserve"> Personen bei</w:t>
      </w:r>
      <w:r>
        <w:rPr>
          <w:rFonts w:ascii="Arial" w:hAnsi="Arial" w:cs="Arial"/>
          <w:lang w:val="de-CH"/>
        </w:rPr>
        <w:t>zulegen</w:t>
      </w:r>
      <w:r w:rsidR="00BF14F7" w:rsidRPr="00B202B2">
        <w:rPr>
          <w:rFonts w:ascii="Arial" w:hAnsi="Arial" w:cs="Arial"/>
          <w:lang w:val="de-CH"/>
        </w:rPr>
        <w:t xml:space="preserve">. </w:t>
      </w:r>
      <w:r w:rsidR="006E4BB9">
        <w:rPr>
          <w:rFonts w:ascii="Arial" w:hAnsi="Arial" w:cs="Arial"/>
          <w:lang w:val="de-CH"/>
        </w:rPr>
        <w:t>Dies</w:t>
      </w:r>
      <w:r w:rsidR="00BF14F7" w:rsidRPr="00B202B2">
        <w:rPr>
          <w:rFonts w:ascii="Arial" w:hAnsi="Arial" w:cs="Arial"/>
          <w:lang w:val="de-CH"/>
        </w:rPr>
        <w:t xml:space="preserve"> dient als Basis für die finanzielle Einschätzung des Gesuchs.</w:t>
      </w:r>
      <w:r w:rsidR="00AE1D75" w:rsidRPr="00B202B2">
        <w:rPr>
          <w:rFonts w:ascii="Arial" w:hAnsi="Arial" w:cs="Arial"/>
          <w:lang w:val="de-CH"/>
        </w:rPr>
        <w:br w:type="page"/>
      </w:r>
    </w:p>
    <w:p w14:paraId="7D8A1C34" w14:textId="2935EF66" w:rsidR="001E200F" w:rsidRPr="00DC6B79" w:rsidRDefault="001E200F" w:rsidP="00DC6B79">
      <w:pPr>
        <w:pStyle w:val="Listenabsatz"/>
        <w:numPr>
          <w:ilvl w:val="0"/>
          <w:numId w:val="10"/>
        </w:numPr>
        <w:pBdr>
          <w:bottom w:val="single" w:sz="4" w:space="1" w:color="auto"/>
        </w:pBdr>
        <w:ind w:left="709" w:hanging="709"/>
        <w:rPr>
          <w:rFonts w:ascii="Arial" w:hAnsi="Arial" w:cs="Arial"/>
          <w:b/>
          <w:bCs/>
          <w:sz w:val="28"/>
          <w:szCs w:val="28"/>
          <w:lang w:val="de-CH"/>
        </w:rPr>
      </w:pPr>
      <w:r w:rsidRPr="00DC6B79">
        <w:rPr>
          <w:rFonts w:ascii="Arial" w:hAnsi="Arial" w:cs="Arial"/>
          <w:b/>
          <w:bCs/>
          <w:sz w:val="28"/>
          <w:szCs w:val="28"/>
          <w:lang w:val="de-CH"/>
        </w:rPr>
        <w:lastRenderedPageBreak/>
        <w:t>Kantonales Gesuch für Ausbildungsbeiträge</w:t>
      </w:r>
    </w:p>
    <w:p w14:paraId="1103DC4C" w14:textId="401CF498" w:rsidR="004C1254" w:rsidRDefault="00883C9F" w:rsidP="00961FC0">
      <w:pPr>
        <w:spacing w:after="120"/>
        <w:jc w:val="both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Der</w:t>
      </w:r>
      <w:r w:rsidR="001E200F" w:rsidRPr="004C1254">
        <w:rPr>
          <w:rFonts w:ascii="Arial" w:hAnsi="Arial" w:cs="Arial"/>
          <w:lang w:val="de-CH"/>
        </w:rPr>
        <w:t xml:space="preserve"> Kanton Basel-Landschaft spricht </w:t>
      </w:r>
      <w:r>
        <w:rPr>
          <w:rFonts w:ascii="Arial" w:hAnsi="Arial" w:cs="Arial"/>
          <w:lang w:val="de-CH"/>
        </w:rPr>
        <w:t xml:space="preserve">auch </w:t>
      </w:r>
      <w:r w:rsidR="001E200F" w:rsidRPr="004C1254">
        <w:rPr>
          <w:rFonts w:ascii="Arial" w:hAnsi="Arial" w:cs="Arial"/>
          <w:lang w:val="de-CH"/>
        </w:rPr>
        <w:t>Ausbildungsbeiträge</w:t>
      </w:r>
      <w:r w:rsidR="00AE1D75">
        <w:rPr>
          <w:rFonts w:ascii="Arial" w:hAnsi="Arial" w:cs="Arial"/>
          <w:lang w:val="de-CH"/>
        </w:rPr>
        <w:t xml:space="preserve"> (</w:t>
      </w:r>
      <w:r w:rsidR="00943A39" w:rsidRPr="00E513CD">
        <w:rPr>
          <w:rFonts w:ascii="Arial" w:hAnsi="Arial" w:cs="Arial"/>
          <w:lang w:val="de-CH"/>
        </w:rPr>
        <w:sym w:font="Wingdings" w:char="F0E0"/>
      </w:r>
      <w:r w:rsidR="00943A39" w:rsidRPr="00BC1D69">
        <w:rPr>
          <w:rFonts w:ascii="Arial" w:hAnsi="Arial" w:cs="Arial"/>
          <w:lang w:val="de-CH"/>
        </w:rPr>
        <w:t xml:space="preserve"> </w:t>
      </w:r>
      <w:hyperlink r:id="rId8" w:history="1">
        <w:r w:rsidR="00AE1D75" w:rsidRPr="00503394">
          <w:rPr>
            <w:rStyle w:val="Hyperlink"/>
            <w:rFonts w:ascii="Arial" w:hAnsi="Arial" w:cs="Arial"/>
            <w:color w:val="auto"/>
            <w:lang w:val="de-CH"/>
          </w:rPr>
          <w:t>stipendien.bl.ch</w:t>
        </w:r>
      </w:hyperlink>
      <w:r w:rsidR="00AE1D75">
        <w:rPr>
          <w:rFonts w:ascii="Arial" w:hAnsi="Arial" w:cs="Arial"/>
          <w:lang w:val="de-CH"/>
        </w:rPr>
        <w:t>)</w:t>
      </w:r>
      <w:r w:rsidR="00BF14F7">
        <w:rPr>
          <w:rFonts w:ascii="Arial" w:hAnsi="Arial" w:cs="Arial"/>
          <w:lang w:val="de-CH"/>
        </w:rPr>
        <w:t xml:space="preserve">. </w:t>
      </w:r>
      <w:r>
        <w:rPr>
          <w:rFonts w:ascii="Arial" w:hAnsi="Arial" w:cs="Arial"/>
          <w:lang w:val="de-CH"/>
        </w:rPr>
        <w:t>Bevor Sie Ihr</w:t>
      </w:r>
      <w:r w:rsidR="004C1254" w:rsidRPr="004C1254">
        <w:rPr>
          <w:rFonts w:ascii="Arial" w:hAnsi="Arial" w:cs="Arial"/>
          <w:lang w:val="de-CH"/>
        </w:rPr>
        <w:t xml:space="preserve"> Stipendiengesuch an die Wehrli</w:t>
      </w:r>
      <w:r w:rsidR="001D106B">
        <w:rPr>
          <w:rFonts w:ascii="Arial" w:hAnsi="Arial" w:cs="Arial"/>
          <w:lang w:val="de-CH"/>
        </w:rPr>
        <w:t xml:space="preserve"> </w:t>
      </w:r>
      <w:r w:rsidR="004C1254" w:rsidRPr="004C1254">
        <w:rPr>
          <w:rFonts w:ascii="Arial" w:hAnsi="Arial" w:cs="Arial"/>
          <w:lang w:val="de-CH"/>
        </w:rPr>
        <w:t>Stiftung einreichen, sollten Sie ebenfalls ein Gesuch an den Kanton Basel-Landschaft stellen.</w:t>
      </w:r>
    </w:p>
    <w:p w14:paraId="019AE03B" w14:textId="2E62BD17" w:rsidR="008F332A" w:rsidRPr="00D1494E" w:rsidRDefault="008F332A" w:rsidP="00DE0BE9">
      <w:pPr>
        <w:shd w:val="clear" w:color="auto" w:fill="FFFFCC"/>
        <w:spacing w:before="120" w:after="120"/>
        <w:ind w:right="7371"/>
        <w:rPr>
          <w:rFonts w:ascii="Arial" w:hAnsi="Arial" w:cs="Arial"/>
          <w:b/>
          <w:bCs/>
          <w:sz w:val="18"/>
          <w:szCs w:val="18"/>
          <w:lang w:val="de-CH"/>
        </w:rPr>
      </w:pPr>
      <w:r w:rsidRPr="00D1494E">
        <w:rPr>
          <w:rFonts w:ascii="Arial" w:hAnsi="Arial" w:cs="Arial"/>
          <w:b/>
          <w:bCs/>
          <w:sz w:val="18"/>
          <w:szCs w:val="18"/>
          <w:lang w:val="de-CH"/>
        </w:rPr>
        <w:t>Zutreffendes bitte ankreuzen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1E200F" w:rsidRPr="00DC09B8" w14:paraId="365BA0BE" w14:textId="77777777" w:rsidTr="00032E3D">
        <w:tc>
          <w:tcPr>
            <w:tcW w:w="10064" w:type="dxa"/>
          </w:tcPr>
          <w:p w14:paraId="3105CA00" w14:textId="1838EB3B" w:rsidR="00D50BF1" w:rsidRPr="00E513CD" w:rsidRDefault="00000000" w:rsidP="00943A39">
            <w:pPr>
              <w:spacing w:before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2882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00F" w:rsidRPr="00E513CD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1E200F" w:rsidRPr="00E513CD">
              <w:rPr>
                <w:rFonts w:ascii="Arial" w:hAnsi="Arial" w:cs="Arial"/>
                <w:b/>
                <w:bCs/>
                <w:lang w:val="de-CH"/>
              </w:rPr>
              <w:t xml:space="preserve"> </w:t>
            </w:r>
            <w:r w:rsidR="001E4D40" w:rsidRPr="00E513CD">
              <w:rPr>
                <w:rFonts w:ascii="Arial" w:hAnsi="Arial" w:cs="Arial"/>
                <w:b/>
                <w:bCs/>
                <w:lang w:val="de-CH"/>
              </w:rPr>
              <w:tab/>
            </w:r>
            <w:r w:rsidR="00D50BF1" w:rsidRPr="00E513CD">
              <w:rPr>
                <w:rFonts w:ascii="Arial" w:hAnsi="Arial" w:cs="Arial"/>
                <w:lang w:val="de-CH"/>
              </w:rPr>
              <w:t>Kantonales Gesuch wurde eingereicht</w:t>
            </w:r>
            <w:r w:rsidR="001B5B30" w:rsidRPr="00E513CD">
              <w:rPr>
                <w:rFonts w:ascii="Arial" w:hAnsi="Arial" w:cs="Arial"/>
                <w:lang w:val="de-CH"/>
              </w:rPr>
              <w:t xml:space="preserve">. Entscheid des Kantons </w:t>
            </w:r>
            <w:r w:rsidR="00D50BF1" w:rsidRPr="00E513CD">
              <w:rPr>
                <w:rFonts w:ascii="Arial" w:hAnsi="Arial" w:cs="Arial"/>
                <w:lang w:val="de-CH"/>
              </w:rPr>
              <w:t xml:space="preserve">ist </w:t>
            </w:r>
            <w:r w:rsidR="00555D59" w:rsidRPr="00E513CD">
              <w:rPr>
                <w:rFonts w:ascii="Arial" w:hAnsi="Arial" w:cs="Arial"/>
                <w:b/>
                <w:bCs/>
                <w:lang w:val="de-CH"/>
              </w:rPr>
              <w:t>noch offen</w:t>
            </w:r>
            <w:r w:rsidR="00D50BF1" w:rsidRPr="00E513CD">
              <w:rPr>
                <w:rFonts w:ascii="Arial" w:hAnsi="Arial" w:cs="Arial"/>
                <w:lang w:val="de-CH"/>
              </w:rPr>
              <w:t>.</w:t>
            </w:r>
          </w:p>
          <w:p w14:paraId="46232C07" w14:textId="4EDE39F7" w:rsidR="00D50BF1" w:rsidRPr="00E513CD" w:rsidRDefault="002F260B" w:rsidP="00DE0BE9">
            <w:pPr>
              <w:spacing w:before="60" w:after="240"/>
              <w:ind w:left="312" w:hanging="312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noProof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585FED" wp14:editId="3C16B0C4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212090</wp:posOffset>
                      </wp:positionV>
                      <wp:extent cx="1823720" cy="9525"/>
                      <wp:effectExtent l="0" t="0" r="24130" b="28575"/>
                      <wp:wrapNone/>
                      <wp:docPr id="2142974560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372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61994E" id="Gerader Verbinder 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45pt,16.7pt" to="259.0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" strokecolor="#7f7f7f" strokeweight=".5pt">
                      <v:stroke dashstyle="1 1"/>
                    </v:line>
                  </w:pict>
                </mc:Fallback>
              </mc:AlternateContent>
            </w:r>
            <w:r w:rsidR="00D50BF1" w:rsidRPr="00E513CD">
              <w:rPr>
                <w:rFonts w:ascii="Arial" w:hAnsi="Arial" w:cs="Arial"/>
                <w:lang w:val="de-CH"/>
              </w:rPr>
              <w:tab/>
              <w:t xml:space="preserve">Einreichungsdatum: </w:t>
            </w:r>
            <w:r w:rsidR="00D50BF1" w:rsidRPr="00E513CD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50BF1" w:rsidRPr="00E513CD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D50BF1" w:rsidRPr="00E513CD">
              <w:rPr>
                <w:rFonts w:ascii="Arial" w:hAnsi="Arial" w:cs="Arial"/>
                <w:lang w:val="de-CH"/>
              </w:rPr>
            </w:r>
            <w:r w:rsidR="00D50BF1" w:rsidRPr="00E513CD">
              <w:rPr>
                <w:rFonts w:ascii="Arial" w:hAnsi="Arial" w:cs="Arial"/>
                <w:lang w:val="de-CH"/>
              </w:rPr>
              <w:fldChar w:fldCharType="separate"/>
            </w:r>
            <w:r w:rsidR="00D50BF1"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="00D50BF1"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="00D50BF1"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="00D50BF1"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="00D50BF1"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="00D50BF1" w:rsidRPr="00E513CD">
              <w:rPr>
                <w:rFonts w:ascii="Arial" w:hAnsi="Arial" w:cs="Arial"/>
                <w:lang w:val="de-CH"/>
              </w:rPr>
              <w:fldChar w:fldCharType="end"/>
            </w:r>
          </w:p>
          <w:p w14:paraId="7BF4E8BB" w14:textId="26F24A4E" w:rsidR="001E200F" w:rsidRPr="00E513CD" w:rsidRDefault="00000000" w:rsidP="00943A39">
            <w:pPr>
              <w:spacing w:before="120"/>
              <w:ind w:left="323" w:hanging="323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209165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BE9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D50BF1" w:rsidRPr="00E513CD">
              <w:rPr>
                <w:rFonts w:ascii="Arial" w:hAnsi="Arial" w:cs="Arial"/>
                <w:b/>
                <w:bCs/>
                <w:lang w:val="de-CH"/>
              </w:rPr>
              <w:t xml:space="preserve"> </w:t>
            </w:r>
            <w:r w:rsidR="001E4D40" w:rsidRPr="00E513CD">
              <w:rPr>
                <w:rFonts w:ascii="Arial" w:hAnsi="Arial" w:cs="Arial"/>
                <w:b/>
                <w:bCs/>
                <w:lang w:val="de-CH"/>
              </w:rPr>
              <w:tab/>
            </w:r>
            <w:r w:rsidR="001E200F" w:rsidRPr="00E513CD">
              <w:rPr>
                <w:rFonts w:ascii="Arial" w:hAnsi="Arial" w:cs="Arial"/>
                <w:b/>
                <w:bCs/>
                <w:lang w:val="de-CH"/>
              </w:rPr>
              <w:t>Entscheid</w:t>
            </w:r>
            <w:r w:rsidR="001E200F" w:rsidRPr="00E513CD">
              <w:rPr>
                <w:rFonts w:ascii="Arial" w:hAnsi="Arial" w:cs="Arial"/>
                <w:lang w:val="de-CH"/>
              </w:rPr>
              <w:t xml:space="preserve"> zum kantonalen Gesuch </w:t>
            </w:r>
            <w:r w:rsidR="00D50BF1" w:rsidRPr="00E513CD">
              <w:rPr>
                <w:rFonts w:ascii="Arial" w:hAnsi="Arial" w:cs="Arial"/>
                <w:lang w:val="de-CH"/>
              </w:rPr>
              <w:t>(positiv oder negativ)</w:t>
            </w:r>
            <w:r w:rsidR="00D50BF1" w:rsidRPr="00E513CD">
              <w:rPr>
                <w:rFonts w:ascii="Arial" w:hAnsi="Arial" w:cs="Arial"/>
                <w:b/>
                <w:bCs/>
                <w:lang w:val="de-CH"/>
              </w:rPr>
              <w:t xml:space="preserve"> </w:t>
            </w:r>
            <w:r w:rsidR="001E200F" w:rsidRPr="00E513CD">
              <w:rPr>
                <w:rFonts w:ascii="Arial" w:hAnsi="Arial" w:cs="Arial"/>
                <w:lang w:val="de-CH"/>
              </w:rPr>
              <w:t>liegt vor.</w:t>
            </w:r>
          </w:p>
          <w:p w14:paraId="4EB7CAFA" w14:textId="0FF749CB" w:rsidR="00DC09B8" w:rsidRPr="007D0243" w:rsidRDefault="001E200F" w:rsidP="00E97DE7">
            <w:pPr>
              <w:pStyle w:val="Listenabsatz"/>
              <w:numPr>
                <w:ilvl w:val="0"/>
                <w:numId w:val="13"/>
              </w:numPr>
              <w:shd w:val="clear" w:color="auto" w:fill="FFFFFF" w:themeFill="background1"/>
              <w:spacing w:before="60"/>
              <w:ind w:left="746"/>
              <w:contextualSpacing w:val="0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CC"/>
                <w:lang w:val="de-CH"/>
              </w:rPr>
              <w:t xml:space="preserve">Kopie des </w:t>
            </w:r>
            <w:r w:rsidR="00924AE0"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CC"/>
                <w:lang w:val="de-CH"/>
              </w:rPr>
              <w:t xml:space="preserve">kantonalen </w:t>
            </w:r>
            <w:r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CC"/>
                <w:lang w:val="de-CH"/>
              </w:rPr>
              <w:t xml:space="preserve">Stipendienentschied ist </w:t>
            </w:r>
            <w:r w:rsidR="00924AE0"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CC"/>
                <w:lang w:val="de-CH"/>
              </w:rPr>
              <w:t xml:space="preserve">dem Gesuch </w:t>
            </w:r>
            <w:r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CC"/>
                <w:lang w:val="de-CH"/>
              </w:rPr>
              <w:t>unbedingt beizulegen</w:t>
            </w:r>
            <w:r w:rsidRPr="007D024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99"/>
                <w:lang w:val="de-CH"/>
              </w:rPr>
              <w:t>.</w:t>
            </w:r>
          </w:p>
          <w:p w14:paraId="32858354" w14:textId="70E59632" w:rsidR="00DC09B8" w:rsidRPr="00DC09B8" w:rsidRDefault="00DC09B8" w:rsidP="00961FC0">
            <w:pPr>
              <w:shd w:val="clear" w:color="auto" w:fill="FFFFFF" w:themeFill="background1"/>
              <w:spacing w:before="60"/>
              <w:ind w:left="739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C67992">
              <w:rPr>
                <w:rFonts w:ascii="Arial" w:hAnsi="Arial" w:cs="Arial"/>
                <w:i/>
                <w:iCs/>
                <w:sz w:val="18"/>
                <w:szCs w:val="18"/>
                <w:lang w:val="de-CH"/>
              </w:rPr>
              <w:t>Übrigens</w:t>
            </w:r>
            <w:r w:rsidRPr="00DC09B8">
              <w:rPr>
                <w:rFonts w:ascii="Arial" w:hAnsi="Arial" w:cs="Arial"/>
                <w:sz w:val="18"/>
                <w:szCs w:val="18"/>
                <w:lang w:val="de-CH"/>
              </w:rPr>
              <w:t>: Ein negativer Entscheid des Kantons bedeutet nicht automatisch eine Absage durch die Wehrli Stiftung – genauso wenig wie eine kantonale Zusage automatisch eine Zusage der Stiftung garantiert.</w:t>
            </w:r>
          </w:p>
          <w:p w14:paraId="4CEF8C35" w14:textId="4D1096F6" w:rsidR="001E200F" w:rsidRPr="00E513CD" w:rsidRDefault="00000000" w:rsidP="00DE0BE9">
            <w:pPr>
              <w:spacing w:before="24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87896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00F" w:rsidRPr="00E513CD">
                  <w:rPr>
                    <w:rFonts w:ascii="Arial" w:hAnsi="Arial" w:cs="Arial" w:hint="eastAsia"/>
                    <w:lang w:val="de-CH"/>
                  </w:rPr>
                  <w:t>☐</w:t>
                </w:r>
              </w:sdtContent>
            </w:sdt>
            <w:r w:rsidR="001E200F" w:rsidRPr="00E513CD">
              <w:rPr>
                <w:rFonts w:ascii="Arial" w:hAnsi="Arial" w:cs="Arial"/>
                <w:lang w:val="de-CH"/>
              </w:rPr>
              <w:tab/>
              <w:t xml:space="preserve">Es wurde </w:t>
            </w:r>
            <w:r w:rsidR="001E200F" w:rsidRPr="00E513CD">
              <w:rPr>
                <w:rFonts w:ascii="Arial" w:hAnsi="Arial" w:cs="Arial"/>
                <w:b/>
                <w:bCs/>
                <w:lang w:val="de-CH"/>
              </w:rPr>
              <w:t>kein</w:t>
            </w:r>
            <w:r w:rsidR="001E200F" w:rsidRPr="00E513CD">
              <w:rPr>
                <w:rFonts w:ascii="Arial" w:hAnsi="Arial" w:cs="Arial"/>
                <w:lang w:val="de-CH"/>
              </w:rPr>
              <w:t xml:space="preserve"> kantonales Gesuch gestellt.</w:t>
            </w:r>
          </w:p>
          <w:p w14:paraId="77BAD61E" w14:textId="61CC97CB" w:rsidR="001E200F" w:rsidRPr="00E513CD" w:rsidRDefault="001E200F" w:rsidP="00943A39">
            <w:pPr>
              <w:spacing w:before="60"/>
              <w:ind w:left="278" w:hanging="284"/>
              <w:rPr>
                <w:rFonts w:ascii="Arial" w:hAnsi="Arial" w:cs="Arial"/>
                <w:lang w:val="de-CH"/>
              </w:rPr>
            </w:pPr>
            <w:r w:rsidRPr="00E513CD">
              <w:rPr>
                <w:rFonts w:ascii="Arial" w:hAnsi="Arial" w:cs="Arial"/>
                <w:lang w:val="de-CH"/>
              </w:rPr>
              <w:tab/>
            </w:r>
            <w:r w:rsidR="008B4A67" w:rsidRPr="00E513CD">
              <w:rPr>
                <w:rFonts w:ascii="Arial" w:hAnsi="Arial" w:cs="Arial"/>
                <w:lang w:val="de-CH"/>
              </w:rPr>
              <w:t xml:space="preserve">Warum nicht? </w:t>
            </w:r>
            <w:r w:rsidR="008B4A67" w:rsidRPr="00E513CD">
              <w:rPr>
                <w:rFonts w:ascii="Arial" w:hAnsi="Arial" w:cs="Arial"/>
                <w:i/>
                <w:iCs/>
                <w:lang w:val="de-CH"/>
              </w:rPr>
              <w:t>Begründung</w:t>
            </w:r>
            <w:r w:rsidR="008B4A67" w:rsidRPr="00E513CD">
              <w:rPr>
                <w:rFonts w:ascii="Arial" w:hAnsi="Arial" w:cs="Arial"/>
                <w:lang w:val="de-CH"/>
              </w:rPr>
              <w:t xml:space="preserve">: </w:t>
            </w:r>
            <w:r w:rsidRPr="00E513CD">
              <w:rPr>
                <w:rFonts w:ascii="Arial" w:hAnsi="Arial" w:cs="Arial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513CD">
              <w:rPr>
                <w:rFonts w:ascii="Arial" w:hAnsi="Arial" w:cs="Arial"/>
                <w:lang w:val="de-CH"/>
              </w:rPr>
              <w:instrText xml:space="preserve"> FORMTEXT </w:instrText>
            </w:r>
            <w:r w:rsidRPr="00E513CD">
              <w:rPr>
                <w:rFonts w:ascii="Arial" w:hAnsi="Arial" w:cs="Arial"/>
                <w:lang w:val="de-CH"/>
              </w:rPr>
            </w:r>
            <w:r w:rsidRPr="00E513CD">
              <w:rPr>
                <w:rFonts w:ascii="Arial" w:hAnsi="Arial" w:cs="Arial"/>
                <w:lang w:val="de-CH"/>
              </w:rPr>
              <w:fldChar w:fldCharType="separate"/>
            </w:r>
            <w:r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Pr="00E513CD">
              <w:rPr>
                <w:rFonts w:ascii="Arial" w:hAnsi="Arial" w:cs="Arial"/>
                <w:noProof/>
                <w:lang w:val="de-CH"/>
              </w:rPr>
              <w:t> </w:t>
            </w:r>
            <w:r w:rsidRPr="00E513CD">
              <w:rPr>
                <w:rFonts w:ascii="Arial" w:hAnsi="Arial" w:cs="Arial"/>
                <w:lang w:val="de-CH"/>
              </w:rPr>
              <w:fldChar w:fldCharType="end"/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02"/>
              <w:gridCol w:w="1876"/>
            </w:tblGrid>
            <w:tr w:rsidR="001E200F" w:rsidRPr="00DC09B8" w14:paraId="753C64D6" w14:textId="77777777" w:rsidTr="001E200F">
              <w:tc>
                <w:tcPr>
                  <w:tcW w:w="2902" w:type="dxa"/>
                </w:tcPr>
                <w:p w14:paraId="3A6D54C2" w14:textId="4A0A5AE5" w:rsidR="001E200F" w:rsidRPr="00DC09B8" w:rsidRDefault="001E200F" w:rsidP="00943A39">
                  <w:pPr>
                    <w:spacing w:before="60"/>
                    <w:rPr>
                      <w:rFonts w:ascii="Arial" w:hAnsi="Arial" w:cs="Arial"/>
                      <w:sz w:val="18"/>
                      <w:szCs w:val="18"/>
                      <w:lang w:val="de-CH"/>
                    </w:rPr>
                  </w:pPr>
                </w:p>
              </w:tc>
              <w:tc>
                <w:tcPr>
                  <w:tcW w:w="1876" w:type="dxa"/>
                </w:tcPr>
                <w:p w14:paraId="0F597078" w14:textId="77777777" w:rsidR="001E200F" w:rsidRPr="00E513CD" w:rsidRDefault="001E200F" w:rsidP="00943A39">
                  <w:pPr>
                    <w:spacing w:before="60"/>
                    <w:rPr>
                      <w:rFonts w:ascii="Arial" w:hAnsi="Arial" w:cs="Arial"/>
                      <w:lang w:val="de-CH"/>
                    </w:rPr>
                  </w:pPr>
                </w:p>
              </w:tc>
            </w:tr>
          </w:tbl>
          <w:p w14:paraId="28F55D41" w14:textId="54354AFC" w:rsidR="001E200F" w:rsidRPr="00E513CD" w:rsidRDefault="001E200F" w:rsidP="00943A39">
            <w:pPr>
              <w:spacing w:before="60"/>
              <w:ind w:left="30"/>
              <w:rPr>
                <w:rFonts w:ascii="Arial" w:hAnsi="Arial" w:cs="Arial"/>
                <w:b/>
                <w:bCs/>
                <w:lang w:val="de-CH"/>
              </w:rPr>
            </w:pPr>
          </w:p>
        </w:tc>
      </w:tr>
      <w:tr w:rsidR="00DC09B8" w:rsidRPr="00DC09B8" w14:paraId="441A011F" w14:textId="77777777" w:rsidTr="00032E3D">
        <w:tc>
          <w:tcPr>
            <w:tcW w:w="10064" w:type="dxa"/>
          </w:tcPr>
          <w:p w14:paraId="4D15458D" w14:textId="77777777" w:rsidR="00DC09B8" w:rsidRPr="00E513CD" w:rsidRDefault="00DC09B8" w:rsidP="00943A39">
            <w:pPr>
              <w:spacing w:before="60"/>
              <w:ind w:left="312" w:hanging="312"/>
              <w:rPr>
                <w:rFonts w:ascii="MS Gothic" w:eastAsia="MS Gothic" w:hAnsi="MS Gothic" w:cs="Arial"/>
                <w:lang w:val="de-CH"/>
              </w:rPr>
            </w:pPr>
          </w:p>
        </w:tc>
      </w:tr>
    </w:tbl>
    <w:p w14:paraId="047A04F9" w14:textId="73746F69" w:rsidR="001F4042" w:rsidRPr="002A192E" w:rsidRDefault="00CA0900" w:rsidP="004E248A">
      <w:pPr>
        <w:pStyle w:val="Listenabsatz"/>
        <w:numPr>
          <w:ilvl w:val="0"/>
          <w:numId w:val="10"/>
        </w:numPr>
        <w:pBdr>
          <w:bottom w:val="single" w:sz="4" w:space="1" w:color="auto"/>
        </w:pBdr>
        <w:ind w:left="284" w:hanging="284"/>
        <w:rPr>
          <w:rFonts w:ascii="Arial" w:hAnsi="Arial" w:cs="Arial"/>
          <w:b/>
          <w:bCs/>
          <w:sz w:val="28"/>
          <w:szCs w:val="28"/>
          <w:lang w:val="de-CH"/>
        </w:rPr>
      </w:pPr>
      <w:r w:rsidRPr="002A192E">
        <w:rPr>
          <w:rFonts w:ascii="Arial" w:hAnsi="Arial" w:cs="Arial"/>
          <w:b/>
          <w:bCs/>
          <w:sz w:val="28"/>
          <w:szCs w:val="28"/>
          <w:lang w:val="de-CH"/>
        </w:rPr>
        <w:t>Beilagen</w:t>
      </w:r>
      <w:r w:rsidR="00951446" w:rsidRPr="002A192E">
        <w:rPr>
          <w:rFonts w:ascii="Arial" w:hAnsi="Arial" w:cs="Arial"/>
          <w:b/>
          <w:bCs/>
          <w:sz w:val="28"/>
          <w:szCs w:val="28"/>
          <w:lang w:val="de-CH"/>
        </w:rPr>
        <w:t>-</w:t>
      </w:r>
      <w:r w:rsidRPr="002A192E">
        <w:rPr>
          <w:rFonts w:ascii="Arial" w:hAnsi="Arial" w:cs="Arial"/>
          <w:b/>
          <w:bCs/>
          <w:sz w:val="28"/>
          <w:szCs w:val="28"/>
          <w:lang w:val="de-CH"/>
        </w:rPr>
        <w:t>Übersicht zur Kontrolle</w:t>
      </w:r>
    </w:p>
    <w:p w14:paraId="48DF00C5" w14:textId="295BAA2D" w:rsidR="00CA0900" w:rsidRPr="003221C1" w:rsidRDefault="00E10ED6" w:rsidP="00932BFD">
      <w:pPr>
        <w:shd w:val="clear" w:color="auto" w:fill="FFFFCC"/>
        <w:ind w:right="4110"/>
        <w:rPr>
          <w:rFonts w:ascii="Arial" w:hAnsi="Arial" w:cs="Arial"/>
          <w:sz w:val="18"/>
          <w:szCs w:val="18"/>
          <w:lang w:val="de-CH"/>
        </w:rPr>
      </w:pPr>
      <w:r w:rsidRPr="003221C1">
        <w:rPr>
          <w:rFonts w:ascii="Arial" w:hAnsi="Arial" w:cs="Arial"/>
          <w:sz w:val="18"/>
          <w:szCs w:val="18"/>
          <w:lang w:val="de-CH"/>
        </w:rPr>
        <w:t>Bitte vergessen Sie nicht, folgende Dokumente dem Gesuch beizulegen: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CA0900" w14:paraId="027E3FC8" w14:textId="77777777" w:rsidTr="00DB5C16">
        <w:tc>
          <w:tcPr>
            <w:tcW w:w="10064" w:type="dxa"/>
          </w:tcPr>
          <w:p w14:paraId="72B4D17B" w14:textId="1596C578" w:rsidR="000B2C0C" w:rsidRDefault="00000000" w:rsidP="000B2C0C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37773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C0C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CA0900">
              <w:rPr>
                <w:rFonts w:ascii="Arial" w:hAnsi="Arial" w:cs="Arial"/>
                <w:lang w:val="de-CH"/>
              </w:rPr>
              <w:tab/>
            </w:r>
            <w:r w:rsidR="000B2C0C">
              <w:rPr>
                <w:rFonts w:ascii="Arial" w:hAnsi="Arial" w:cs="Arial"/>
                <w:lang w:val="de-CH"/>
              </w:rPr>
              <w:t>Begleitschreiben mit kurzem Beschrieb der aktuellen Situation</w:t>
            </w:r>
          </w:p>
          <w:p w14:paraId="4CE34BEA" w14:textId="68A014F0" w:rsidR="00844E8F" w:rsidRDefault="00000000" w:rsidP="000B2C0C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84921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E8F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844E8F">
              <w:rPr>
                <w:rFonts w:ascii="Arial" w:hAnsi="Arial" w:cs="Arial"/>
                <w:lang w:val="de-CH"/>
              </w:rPr>
              <w:t xml:space="preserve"> Kopie Ausweis / Niederlassungsbewilligung / Aufenthaltsbewilligung</w:t>
            </w:r>
            <w:r w:rsidR="00DB5C16">
              <w:rPr>
                <w:rFonts w:ascii="Arial" w:hAnsi="Arial" w:cs="Arial"/>
                <w:lang w:val="de-CH"/>
              </w:rPr>
              <w:t xml:space="preserve">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A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25D09375" w14:textId="1EA12345" w:rsidR="00CA0900" w:rsidRDefault="00000000" w:rsidP="00943A39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157215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C0C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0B2C0C">
              <w:rPr>
                <w:rFonts w:ascii="Arial" w:hAnsi="Arial" w:cs="Arial"/>
                <w:lang w:val="de-CH"/>
              </w:rPr>
              <w:t xml:space="preserve"> </w:t>
            </w:r>
            <w:r w:rsidR="00CA0900">
              <w:rPr>
                <w:rFonts w:ascii="Arial" w:hAnsi="Arial" w:cs="Arial"/>
                <w:lang w:val="de-CH"/>
              </w:rPr>
              <w:t>Lebenslauf</w:t>
            </w:r>
            <w:r w:rsidR="00DB5C16">
              <w:rPr>
                <w:rFonts w:ascii="Arial" w:hAnsi="Arial" w:cs="Arial"/>
                <w:lang w:val="de-CH"/>
              </w:rPr>
              <w:t xml:space="preserve">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C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08F3CDB9" w14:textId="7C0FA53D" w:rsidR="00CA0900" w:rsidRDefault="00000000" w:rsidP="00943A39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59533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900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CA0900">
              <w:rPr>
                <w:rFonts w:ascii="Arial" w:hAnsi="Arial" w:cs="Arial"/>
                <w:lang w:val="de-CH"/>
              </w:rPr>
              <w:t xml:space="preserve"> </w:t>
            </w:r>
            <w:r w:rsidR="00CA0900" w:rsidRPr="00CA0900">
              <w:rPr>
                <w:rFonts w:ascii="Arial" w:hAnsi="Arial" w:cs="Arial"/>
                <w:lang w:val="de-CH"/>
              </w:rPr>
              <w:t>Kopie des Lehrvertrags bzw. Ausbildungsvertrages</w:t>
            </w:r>
            <w:r w:rsidR="00DB5C16">
              <w:rPr>
                <w:rFonts w:ascii="Arial" w:hAnsi="Arial" w:cs="Arial"/>
                <w:lang w:val="de-CH"/>
              </w:rPr>
              <w:t xml:space="preserve">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C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66D91EE9" w14:textId="0D12B766" w:rsidR="00D83214" w:rsidRPr="00A96E41" w:rsidRDefault="00D83214" w:rsidP="000B2C0C">
            <w:pPr>
              <w:ind w:left="601" w:hanging="312"/>
              <w:rPr>
                <w:rFonts w:ascii="Arial" w:hAnsi="Arial" w:cs="Arial"/>
                <w:i/>
                <w:iCs/>
                <w:sz w:val="16"/>
                <w:szCs w:val="16"/>
                <w:lang w:val="de-CH"/>
              </w:rPr>
            </w:pPr>
            <w:r w:rsidRPr="00A96E41">
              <w:rPr>
                <w:rFonts w:ascii="Arial" w:hAnsi="Arial" w:cs="Arial"/>
                <w:i/>
                <w:iCs/>
                <w:sz w:val="16"/>
                <w:szCs w:val="16"/>
                <w:lang w:val="de-CH"/>
              </w:rPr>
              <w:t>oder</w:t>
            </w:r>
          </w:p>
          <w:p w14:paraId="601CF716" w14:textId="13CBE67E" w:rsidR="00CA0900" w:rsidRDefault="00000000" w:rsidP="00943A39">
            <w:pPr>
              <w:spacing w:after="60"/>
              <w:ind w:left="312" w:hanging="312"/>
              <w:rPr>
                <w:rFonts w:ascii="Arial" w:hAnsi="Arial" w:cs="Arial"/>
                <w:sz w:val="18"/>
                <w:szCs w:val="18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207850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900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CA0900">
              <w:rPr>
                <w:rFonts w:ascii="Arial" w:hAnsi="Arial" w:cs="Arial"/>
                <w:lang w:val="de-CH"/>
              </w:rPr>
              <w:t xml:space="preserve"> </w:t>
            </w:r>
            <w:r w:rsidR="00CA0900" w:rsidRPr="00CA0900">
              <w:rPr>
                <w:rFonts w:ascii="Arial" w:hAnsi="Arial" w:cs="Arial"/>
                <w:lang w:val="de-CH"/>
              </w:rPr>
              <w:t>Kopie der Bestätigung der weiterführenden Schule/</w:t>
            </w:r>
            <w:r w:rsidR="00E10ED6">
              <w:rPr>
                <w:rFonts w:ascii="Arial" w:hAnsi="Arial" w:cs="Arial"/>
                <w:lang w:val="de-CH"/>
              </w:rPr>
              <w:t>Gymnasium/</w:t>
            </w:r>
            <w:r w:rsidR="00F82C07" w:rsidRPr="00CA0900">
              <w:rPr>
                <w:rFonts w:ascii="Arial" w:hAnsi="Arial" w:cs="Arial"/>
                <w:lang w:val="de-CH"/>
              </w:rPr>
              <w:t>Fachhochschule</w:t>
            </w:r>
            <w:r w:rsidR="00CA0900" w:rsidRPr="00CA0900">
              <w:rPr>
                <w:rFonts w:ascii="Arial" w:hAnsi="Arial" w:cs="Arial"/>
                <w:lang w:val="de-CH"/>
              </w:rPr>
              <w:t>/Universität</w:t>
            </w:r>
            <w:r w:rsidR="00DB5C16">
              <w:rPr>
                <w:rFonts w:ascii="Arial" w:hAnsi="Arial" w:cs="Arial"/>
                <w:lang w:val="de-CH"/>
              </w:rPr>
              <w:t xml:space="preserve">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C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35F1FE77" w14:textId="237AA539" w:rsidR="00DB5C16" w:rsidRDefault="00000000" w:rsidP="00943A39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199695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C16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DB5C16">
              <w:rPr>
                <w:rFonts w:ascii="Arial" w:hAnsi="Arial" w:cs="Arial"/>
                <w:lang w:val="de-CH"/>
              </w:rPr>
              <w:t xml:space="preserve"> Kopie bisher e</w:t>
            </w:r>
            <w:r w:rsidR="00DB5C16" w:rsidRPr="005E7D1C">
              <w:rPr>
                <w:rFonts w:ascii="Arial" w:hAnsi="Arial" w:cs="Arial"/>
                <w:lang w:val="de-CH"/>
              </w:rPr>
              <w:t>rworbene</w:t>
            </w:r>
            <w:r w:rsidR="00DB5C16">
              <w:rPr>
                <w:rFonts w:ascii="Arial" w:hAnsi="Arial" w:cs="Arial"/>
                <w:lang w:val="de-CH"/>
              </w:rPr>
              <w:t>r</w:t>
            </w:r>
            <w:r w:rsidR="00DB5C16" w:rsidRPr="005E7D1C">
              <w:rPr>
                <w:rFonts w:ascii="Arial" w:hAnsi="Arial" w:cs="Arial"/>
                <w:lang w:val="de-CH"/>
              </w:rPr>
              <w:t xml:space="preserve"> Diplome, letzte Zeugnisse</w:t>
            </w:r>
            <w:r w:rsidR="00DB5C16">
              <w:rPr>
                <w:rFonts w:ascii="Arial" w:hAnsi="Arial" w:cs="Arial"/>
                <w:lang w:val="de-CH"/>
              </w:rPr>
              <w:t xml:space="preserve">, Arbeitsbestätigungen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C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045A5C70" w14:textId="13691434" w:rsidR="008876B7" w:rsidRDefault="00000000" w:rsidP="00C227D2">
            <w:pPr>
              <w:spacing w:after="60"/>
              <w:ind w:left="312" w:hanging="312"/>
              <w:rPr>
                <w:rFonts w:ascii="Arial" w:hAnsi="Arial" w:cs="Arial"/>
                <w:sz w:val="18"/>
                <w:szCs w:val="18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201105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C0C">
                  <w:rPr>
                    <w:rFonts w:ascii="MS Gothic" w:eastAsia="MS Gothic" w:hAnsi="MS Gothic" w:cs="Arial" w:hint="eastAsia"/>
                    <w:lang w:val="de-CH"/>
                  </w:rPr>
                  <w:t>☐</w:t>
                </w:r>
              </w:sdtContent>
            </w:sdt>
            <w:r w:rsidR="000B2C0C">
              <w:rPr>
                <w:rFonts w:ascii="Arial" w:hAnsi="Arial" w:cs="Arial"/>
                <w:lang w:val="de-CH"/>
              </w:rPr>
              <w:t xml:space="preserve"> </w:t>
            </w:r>
            <w:r w:rsidR="008876B7">
              <w:rPr>
                <w:rFonts w:ascii="Arial" w:hAnsi="Arial" w:cs="Arial"/>
                <w:lang w:val="de-CH"/>
              </w:rPr>
              <w:t>L</w:t>
            </w:r>
            <w:r w:rsidR="008876B7" w:rsidRPr="008876B7">
              <w:rPr>
                <w:rFonts w:ascii="Arial" w:hAnsi="Arial" w:cs="Arial"/>
                <w:lang w:val="de-CH"/>
              </w:rPr>
              <w:t xml:space="preserve">etzte definitive </w:t>
            </w:r>
            <w:r w:rsidR="00C227D2" w:rsidRPr="00C227D2">
              <w:rPr>
                <w:rFonts w:ascii="Arial" w:hAnsi="Arial" w:cs="Arial"/>
                <w:lang w:val="de-CH"/>
              </w:rPr>
              <w:t>Veranlagungsverfügung Staatssteuer (Details zur Veranlagungsverfügung Ziffer 100 – 915) der gesuchstellenden Person und deren Eltern oder anderer gesetzlich verpflichteter Personen</w:t>
            </w:r>
            <w:r w:rsidR="00C227D2" w:rsidRPr="00C227D2">
              <w:rPr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r w:rsidR="00653A29" w:rsidRPr="00653A29">
              <w:rPr>
                <w:rFonts w:ascii="Arial" w:hAnsi="Arial" w:cs="Arial"/>
                <w:sz w:val="18"/>
                <w:szCs w:val="18"/>
                <w:lang w:val="de-CH"/>
              </w:rPr>
              <w:t>(vgl. F)</w:t>
            </w:r>
          </w:p>
          <w:p w14:paraId="1FFB779F" w14:textId="0A608D57" w:rsidR="00DB5C16" w:rsidRDefault="00000000" w:rsidP="00943A39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-72244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C16" w:rsidRPr="008B4A67">
                  <w:rPr>
                    <w:rFonts w:ascii="Arial" w:hAnsi="Arial" w:cs="Arial" w:hint="eastAsia"/>
                    <w:lang w:val="de-CH"/>
                  </w:rPr>
                  <w:t>☐</w:t>
                </w:r>
              </w:sdtContent>
            </w:sdt>
            <w:r w:rsidR="00DB5C16">
              <w:rPr>
                <w:rFonts w:ascii="Arial" w:hAnsi="Arial" w:cs="Arial"/>
                <w:lang w:val="de-CH"/>
              </w:rPr>
              <w:tab/>
            </w:r>
            <w:r w:rsidR="00C227D2" w:rsidRPr="00C227D2">
              <w:rPr>
                <w:rFonts w:ascii="Arial" w:hAnsi="Arial" w:cs="Arial"/>
                <w:i/>
                <w:iCs/>
                <w:lang w:val="de-CH"/>
              </w:rPr>
              <w:t>Sofern vorhanden</w:t>
            </w:r>
            <w:r w:rsidR="00C227D2">
              <w:rPr>
                <w:rFonts w:ascii="Arial" w:hAnsi="Arial" w:cs="Arial"/>
                <w:lang w:val="de-CH"/>
              </w:rPr>
              <w:t xml:space="preserve">: </w:t>
            </w:r>
            <w:r w:rsidR="00DB5C16">
              <w:rPr>
                <w:rFonts w:ascii="Arial" w:hAnsi="Arial" w:cs="Arial"/>
                <w:lang w:val="de-CH"/>
              </w:rPr>
              <w:t xml:space="preserve">Kopie </w:t>
            </w:r>
            <w:r w:rsidR="00C227D2">
              <w:rPr>
                <w:rFonts w:ascii="Arial" w:hAnsi="Arial" w:cs="Arial"/>
                <w:lang w:val="de-CH"/>
              </w:rPr>
              <w:t>k</w:t>
            </w:r>
            <w:r w:rsidR="00DB5C16">
              <w:rPr>
                <w:rFonts w:ascii="Arial" w:hAnsi="Arial" w:cs="Arial"/>
                <w:lang w:val="de-CH"/>
              </w:rPr>
              <w:t xml:space="preserve">antonaler Stipendienentscheid (positiv oder negativ) 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 xml:space="preserve">(vgl. </w:t>
            </w:r>
            <w:r w:rsidR="00DB5C16">
              <w:rPr>
                <w:rFonts w:ascii="Arial" w:hAnsi="Arial" w:cs="Arial"/>
                <w:sz w:val="18"/>
                <w:szCs w:val="18"/>
                <w:lang w:val="de-CH"/>
              </w:rPr>
              <w:t>G</w:t>
            </w:r>
            <w:r w:rsidR="00DB5C16" w:rsidRPr="00653A29">
              <w:rPr>
                <w:rFonts w:ascii="Arial" w:hAnsi="Arial" w:cs="Arial"/>
                <w:sz w:val="18"/>
                <w:szCs w:val="18"/>
                <w:lang w:val="de-CH"/>
              </w:rPr>
              <w:t>)</w:t>
            </w:r>
          </w:p>
          <w:p w14:paraId="5583782B" w14:textId="34F25377" w:rsidR="00CA0900" w:rsidRDefault="00000000" w:rsidP="00943A39">
            <w:pPr>
              <w:spacing w:after="60"/>
              <w:ind w:left="312" w:hanging="312"/>
              <w:rPr>
                <w:rFonts w:ascii="Arial" w:hAnsi="Arial" w:cs="Arial"/>
                <w:lang w:val="de-CH"/>
              </w:rPr>
            </w:pPr>
            <w:sdt>
              <w:sdtPr>
                <w:rPr>
                  <w:rFonts w:ascii="Arial" w:hAnsi="Arial" w:cs="Arial"/>
                  <w:lang w:val="de-CH"/>
                </w:rPr>
                <w:id w:val="43009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900" w:rsidRPr="008B4A67">
                  <w:rPr>
                    <w:rFonts w:ascii="Arial" w:hAnsi="Arial" w:cs="Arial" w:hint="eastAsia"/>
                    <w:lang w:val="de-CH"/>
                  </w:rPr>
                  <w:t>☐</w:t>
                </w:r>
              </w:sdtContent>
            </w:sdt>
            <w:r w:rsidR="00CA0900">
              <w:rPr>
                <w:rFonts w:ascii="Arial" w:hAnsi="Arial" w:cs="Arial"/>
                <w:lang w:val="de-CH"/>
              </w:rPr>
              <w:tab/>
            </w:r>
            <w:r w:rsidR="00462084" w:rsidRPr="00A56263">
              <w:rPr>
                <w:rFonts w:ascii="Arial" w:hAnsi="Arial" w:cs="Arial"/>
                <w:i/>
                <w:iCs/>
                <w:lang w:val="de-CH"/>
              </w:rPr>
              <w:t>Weitere Beilagen</w:t>
            </w:r>
            <w:r w:rsidR="00462084">
              <w:rPr>
                <w:rFonts w:ascii="Arial" w:hAnsi="Arial" w:cs="Arial"/>
                <w:lang w:val="de-CH"/>
              </w:rPr>
              <w:t xml:space="preserve">: </w:t>
            </w:r>
            <w:r w:rsidR="00033869">
              <w:rPr>
                <w:rFonts w:ascii="Arial" w:hAnsi="Arial" w:cs="Arial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 w:rsidR="00033869">
              <w:rPr>
                <w:rFonts w:ascii="Arial" w:hAnsi="Arial" w:cs="Arial"/>
                <w:lang w:val="de-CH"/>
              </w:rPr>
              <w:instrText xml:space="preserve"> FORMTEXT </w:instrText>
            </w:r>
            <w:r w:rsidR="00033869">
              <w:rPr>
                <w:rFonts w:ascii="Arial" w:hAnsi="Arial" w:cs="Arial"/>
                <w:lang w:val="de-CH"/>
              </w:rPr>
            </w:r>
            <w:r w:rsidR="00033869">
              <w:rPr>
                <w:rFonts w:ascii="Arial" w:hAnsi="Arial" w:cs="Arial"/>
                <w:lang w:val="de-CH"/>
              </w:rPr>
              <w:fldChar w:fldCharType="separate"/>
            </w:r>
            <w:r w:rsidR="00033869">
              <w:rPr>
                <w:rFonts w:ascii="Arial" w:hAnsi="Arial" w:cs="Arial"/>
                <w:noProof/>
                <w:lang w:val="de-CH"/>
              </w:rPr>
              <w:t> </w:t>
            </w:r>
            <w:r w:rsidR="00033869">
              <w:rPr>
                <w:rFonts w:ascii="Arial" w:hAnsi="Arial" w:cs="Arial"/>
                <w:noProof/>
                <w:lang w:val="de-CH"/>
              </w:rPr>
              <w:t> </w:t>
            </w:r>
            <w:r w:rsidR="00033869">
              <w:rPr>
                <w:rFonts w:ascii="Arial" w:hAnsi="Arial" w:cs="Arial"/>
                <w:noProof/>
                <w:lang w:val="de-CH"/>
              </w:rPr>
              <w:t> </w:t>
            </w:r>
            <w:r w:rsidR="00033869">
              <w:rPr>
                <w:rFonts w:ascii="Arial" w:hAnsi="Arial" w:cs="Arial"/>
                <w:noProof/>
                <w:lang w:val="de-CH"/>
              </w:rPr>
              <w:t> </w:t>
            </w:r>
            <w:r w:rsidR="00033869">
              <w:rPr>
                <w:rFonts w:ascii="Arial" w:hAnsi="Arial" w:cs="Arial"/>
                <w:noProof/>
                <w:lang w:val="de-CH"/>
              </w:rPr>
              <w:t> </w:t>
            </w:r>
            <w:r w:rsidR="00033869">
              <w:rPr>
                <w:rFonts w:ascii="Arial" w:hAnsi="Arial" w:cs="Arial"/>
                <w:lang w:val="de-CH"/>
              </w:rPr>
              <w:fldChar w:fldCharType="end"/>
            </w:r>
            <w:bookmarkEnd w:id="11"/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02"/>
              <w:gridCol w:w="1876"/>
            </w:tblGrid>
            <w:tr w:rsidR="00CA0900" w:rsidRPr="00773351" w14:paraId="05FC4765" w14:textId="77777777" w:rsidTr="000C1702">
              <w:tc>
                <w:tcPr>
                  <w:tcW w:w="2902" w:type="dxa"/>
                </w:tcPr>
                <w:p w14:paraId="2C059F41" w14:textId="726E120E" w:rsidR="00376158" w:rsidRDefault="00B86FA7" w:rsidP="00943A39">
                  <w:pPr>
                    <w:spacing w:before="120" w:after="60"/>
                    <w:rPr>
                      <w:rFonts w:ascii="Arial" w:hAnsi="Arial" w:cs="Arial"/>
                      <w:b/>
                      <w:bCs/>
                      <w:lang w:val="de-CH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de-CH"/>
                    </w:rPr>
                    <w:t>Bemerkungen:</w:t>
                  </w:r>
                </w:p>
                <w:p w14:paraId="3522F519" w14:textId="04E5ED6B" w:rsidR="00B86FA7" w:rsidRPr="00DE0BE9" w:rsidRDefault="00B86FA7" w:rsidP="00943A39">
                  <w:pPr>
                    <w:spacing w:after="60"/>
                    <w:rPr>
                      <w:rFonts w:ascii="Arial" w:hAnsi="Arial" w:cs="Arial"/>
                      <w:b/>
                      <w:bCs/>
                      <w:lang w:val="de-CH"/>
                    </w:rPr>
                  </w:pPr>
                  <w:r w:rsidRPr="00DE0BE9">
                    <w:rPr>
                      <w:rFonts w:ascii="Arial" w:hAnsi="Arial" w:cs="Arial"/>
                      <w:lang w:val="de-CH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r w:rsidRPr="00DE0BE9">
                    <w:rPr>
                      <w:rFonts w:ascii="Arial" w:hAnsi="Arial" w:cs="Arial"/>
                      <w:lang w:val="de-CH"/>
                    </w:rPr>
                    <w:instrText xml:space="preserve"> FORMTEXT </w:instrText>
                  </w:r>
                  <w:r w:rsidRPr="00DE0BE9">
                    <w:rPr>
                      <w:rFonts w:ascii="Arial" w:hAnsi="Arial" w:cs="Arial"/>
                      <w:lang w:val="de-CH"/>
                    </w:rPr>
                  </w:r>
                  <w:r w:rsidRPr="00DE0BE9">
                    <w:rPr>
                      <w:rFonts w:ascii="Arial" w:hAnsi="Arial" w:cs="Arial"/>
                      <w:lang w:val="de-CH"/>
                    </w:rPr>
                    <w:fldChar w:fldCharType="separate"/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lang w:val="de-CH"/>
                    </w:rPr>
                    <w:fldChar w:fldCharType="end"/>
                  </w:r>
                </w:p>
                <w:p w14:paraId="15F5B4D4" w14:textId="4B9A9A51" w:rsidR="00B86FA7" w:rsidRPr="001E200F" w:rsidRDefault="00B86FA7" w:rsidP="00BE1BA7">
                  <w:pPr>
                    <w:spacing w:after="240"/>
                    <w:rPr>
                      <w:rFonts w:ascii="Arial" w:hAnsi="Arial" w:cs="Arial"/>
                      <w:b/>
                      <w:bCs/>
                      <w:lang w:val="de-CH"/>
                    </w:rPr>
                  </w:pPr>
                  <w:r w:rsidRPr="00DE0BE9">
                    <w:rPr>
                      <w:rFonts w:ascii="Arial" w:hAnsi="Arial" w:cs="Arial"/>
                      <w:lang w:val="de-CH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r w:rsidRPr="00DE0BE9">
                    <w:rPr>
                      <w:rFonts w:ascii="Arial" w:hAnsi="Arial" w:cs="Arial"/>
                      <w:lang w:val="de-CH"/>
                    </w:rPr>
                    <w:instrText xml:space="preserve"> FORMTEXT </w:instrText>
                  </w:r>
                  <w:r w:rsidRPr="00DE0BE9">
                    <w:rPr>
                      <w:rFonts w:ascii="Arial" w:hAnsi="Arial" w:cs="Arial"/>
                      <w:lang w:val="de-CH"/>
                    </w:rPr>
                  </w:r>
                  <w:r w:rsidRPr="00DE0BE9">
                    <w:rPr>
                      <w:rFonts w:ascii="Arial" w:hAnsi="Arial" w:cs="Arial"/>
                      <w:lang w:val="de-CH"/>
                    </w:rPr>
                    <w:fldChar w:fldCharType="separate"/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noProof/>
                      <w:lang w:val="de-CH"/>
                    </w:rPr>
                    <w:t> </w:t>
                  </w:r>
                  <w:r w:rsidRPr="00DE0BE9">
                    <w:rPr>
                      <w:rFonts w:ascii="Arial" w:hAnsi="Arial" w:cs="Arial"/>
                      <w:lang w:val="de-CH"/>
                    </w:rPr>
                    <w:fldChar w:fldCharType="end"/>
                  </w:r>
                </w:p>
              </w:tc>
              <w:tc>
                <w:tcPr>
                  <w:tcW w:w="1876" w:type="dxa"/>
                </w:tcPr>
                <w:p w14:paraId="0E26EA6E" w14:textId="77777777" w:rsidR="00CA0900" w:rsidRPr="00773351" w:rsidRDefault="00CA0900" w:rsidP="00943A39">
                  <w:pPr>
                    <w:spacing w:after="60"/>
                    <w:rPr>
                      <w:rFonts w:ascii="Arial" w:hAnsi="Arial" w:cs="Arial"/>
                      <w:lang w:val="de-CH"/>
                    </w:rPr>
                  </w:pPr>
                </w:p>
              </w:tc>
            </w:tr>
          </w:tbl>
          <w:p w14:paraId="3A4BA178" w14:textId="77777777" w:rsidR="00CA0900" w:rsidRDefault="00CA0900" w:rsidP="00943A39">
            <w:pPr>
              <w:spacing w:after="60"/>
              <w:ind w:left="30"/>
              <w:rPr>
                <w:rFonts w:ascii="Arial" w:hAnsi="Arial" w:cs="Arial"/>
                <w:b/>
                <w:bCs/>
                <w:lang w:val="de-CH"/>
              </w:rPr>
            </w:pPr>
          </w:p>
        </w:tc>
      </w:tr>
    </w:tbl>
    <w:p w14:paraId="18A99CBA" w14:textId="37CEE2F8" w:rsidR="00AE1D75" w:rsidRDefault="00AE1D75" w:rsidP="00AE1D75">
      <w:pPr>
        <w:shd w:val="clear" w:color="auto" w:fill="FFFFCC"/>
        <w:spacing w:before="120" w:after="120"/>
        <w:ind w:right="6803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b/>
          <w:bCs/>
          <w:lang w:val="de-CH"/>
        </w:rPr>
        <w:t>Gesuch bitte unterschreiben</w:t>
      </w:r>
    </w:p>
    <w:p w14:paraId="3DEE4185" w14:textId="6A0901A9" w:rsidR="00AE1D75" w:rsidRPr="009B4A6A" w:rsidRDefault="00AE1D75" w:rsidP="00961FC0">
      <w:pPr>
        <w:spacing w:before="120" w:after="120"/>
        <w:jc w:val="both"/>
        <w:rPr>
          <w:rFonts w:ascii="Arial" w:hAnsi="Arial" w:cs="Arial"/>
          <w:lang w:val="de-CH"/>
        </w:rPr>
      </w:pPr>
      <w:r w:rsidRPr="009B4A6A">
        <w:rPr>
          <w:rFonts w:ascii="Arial" w:hAnsi="Arial" w:cs="Arial"/>
          <w:lang w:val="de-CH"/>
        </w:rPr>
        <w:t xml:space="preserve">Mit der Unterschrift wird bezeugt, dass die Angaben vollständig und </w:t>
      </w:r>
      <w:r w:rsidR="00562B2D" w:rsidRPr="009B4A6A">
        <w:rPr>
          <w:rFonts w:ascii="Arial" w:hAnsi="Arial" w:cs="Arial"/>
          <w:lang w:val="de-CH"/>
        </w:rPr>
        <w:t>wahrheitsgetreu</w:t>
      </w:r>
      <w:r w:rsidRPr="009B4A6A">
        <w:rPr>
          <w:rFonts w:ascii="Arial" w:hAnsi="Arial" w:cs="Arial"/>
          <w:lang w:val="de-CH"/>
        </w:rPr>
        <w:t xml:space="preserve"> </w:t>
      </w:r>
      <w:r w:rsidR="003762AE" w:rsidRPr="009B4A6A">
        <w:rPr>
          <w:rFonts w:ascii="Arial" w:hAnsi="Arial" w:cs="Arial"/>
          <w:lang w:val="de-CH"/>
        </w:rPr>
        <w:t xml:space="preserve">beantwortet </w:t>
      </w:r>
      <w:r w:rsidRPr="009B4A6A">
        <w:rPr>
          <w:rFonts w:ascii="Arial" w:hAnsi="Arial" w:cs="Arial"/>
          <w:lang w:val="de-CH"/>
        </w:rPr>
        <w:t>sind</w:t>
      </w:r>
      <w:r w:rsidR="00CF7FCB" w:rsidRPr="009B4A6A">
        <w:rPr>
          <w:rFonts w:ascii="Arial" w:hAnsi="Arial" w:cs="Arial"/>
          <w:lang w:val="de-CH"/>
        </w:rPr>
        <w:t xml:space="preserve"> und d</w:t>
      </w:r>
      <w:r w:rsidR="007E57C8" w:rsidRPr="009B4A6A">
        <w:rPr>
          <w:rFonts w:ascii="Arial" w:hAnsi="Arial" w:cs="Arial"/>
          <w:lang w:val="de-CH"/>
        </w:rPr>
        <w:t xml:space="preserve">ie gesuchstellende Person, ihre Eltern oder andere </w:t>
      </w:r>
      <w:bookmarkStart w:id="12" w:name="_Hlk208856516"/>
      <w:r w:rsidR="007E57C8" w:rsidRPr="009B4A6A">
        <w:rPr>
          <w:rFonts w:ascii="Arial" w:hAnsi="Arial" w:cs="Arial"/>
          <w:lang w:val="de-CH"/>
        </w:rPr>
        <w:t xml:space="preserve">gesetzlich verpflichtete </w:t>
      </w:r>
      <w:bookmarkEnd w:id="12"/>
      <w:r w:rsidR="007E57C8" w:rsidRPr="009B4A6A">
        <w:rPr>
          <w:rFonts w:ascii="Arial" w:hAnsi="Arial" w:cs="Arial"/>
          <w:lang w:val="de-CH"/>
        </w:rPr>
        <w:t xml:space="preserve">Personen </w:t>
      </w:r>
      <w:r w:rsidR="007E57C8" w:rsidRPr="009B4A6A">
        <w:rPr>
          <w:rFonts w:ascii="Arial" w:hAnsi="Arial" w:cs="Arial"/>
          <w:b/>
          <w:bCs/>
          <w:shd w:val="clear" w:color="auto" w:fill="FFFFCC"/>
          <w:lang w:val="de-CH"/>
        </w:rPr>
        <w:t>nicht</w:t>
      </w:r>
      <w:r w:rsidR="007E57C8" w:rsidRPr="009B4A6A">
        <w:rPr>
          <w:rFonts w:ascii="Arial" w:hAnsi="Arial" w:cs="Arial"/>
          <w:lang w:val="de-CH"/>
        </w:rPr>
        <w:t xml:space="preserve"> </w:t>
      </w:r>
      <w:r w:rsidR="007E57C8" w:rsidRPr="00C73069">
        <w:rPr>
          <w:rFonts w:ascii="Arial" w:hAnsi="Arial" w:cs="Arial"/>
          <w:shd w:val="clear" w:color="auto" w:fill="FFFFCC"/>
          <w:lang w:val="de-CH"/>
        </w:rPr>
        <w:t>durch die Sozialhilfe</w:t>
      </w:r>
      <w:r w:rsidR="007E57C8" w:rsidRPr="009B4A6A">
        <w:rPr>
          <w:rFonts w:ascii="Arial" w:hAnsi="Arial" w:cs="Arial"/>
          <w:lang w:val="de-CH"/>
        </w:rPr>
        <w:t xml:space="preserve"> der Wohngemeinde unterstützt</w:t>
      </w:r>
      <w:r w:rsidR="00CF7FCB" w:rsidRPr="009B4A6A">
        <w:rPr>
          <w:rFonts w:ascii="Arial" w:hAnsi="Arial" w:cs="Arial"/>
          <w:lang w:val="de-CH"/>
        </w:rPr>
        <w:t xml:space="preserve"> werden</w:t>
      </w:r>
      <w:r w:rsidRPr="009B4A6A">
        <w:rPr>
          <w:rFonts w:ascii="Arial" w:hAnsi="Arial" w:cs="Arial"/>
          <w:lang w:val="de-CH"/>
        </w:rPr>
        <w:t>.</w:t>
      </w:r>
    </w:p>
    <w:p w14:paraId="78545CC3" w14:textId="77777777" w:rsidR="00AE1D75" w:rsidRDefault="00AE1D75" w:rsidP="00E21F0A">
      <w:pPr>
        <w:tabs>
          <w:tab w:val="left" w:pos="4253"/>
          <w:tab w:val="left" w:pos="5103"/>
          <w:tab w:val="left" w:pos="9781"/>
        </w:tabs>
        <w:spacing w:after="240"/>
        <w:rPr>
          <w:rFonts w:ascii="Arial" w:hAnsi="Arial" w:cs="Arial"/>
          <w:lang w:val="de-CH"/>
        </w:rPr>
      </w:pPr>
    </w:p>
    <w:p w14:paraId="57778FB0" w14:textId="7F035C12" w:rsidR="00AE1D75" w:rsidRPr="00873510" w:rsidRDefault="002F260B" w:rsidP="002F260B">
      <w:pPr>
        <w:tabs>
          <w:tab w:val="left" w:pos="4253"/>
          <w:tab w:val="left" w:pos="5103"/>
          <w:tab w:val="left" w:pos="9781"/>
        </w:tabs>
        <w:spacing w:after="60"/>
        <w:rPr>
          <w:rFonts w:ascii="Arial" w:hAnsi="Arial" w:cs="Arial"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93C7B6" wp14:editId="7E791412">
                <wp:simplePos x="0" y="0"/>
                <wp:positionH relativeFrom="margin">
                  <wp:posOffset>3219767</wp:posOffset>
                </wp:positionH>
                <wp:positionV relativeFrom="paragraph">
                  <wp:posOffset>164465</wp:posOffset>
                </wp:positionV>
                <wp:extent cx="2952750" cy="9208"/>
                <wp:effectExtent l="0" t="0" r="19050" b="29210"/>
                <wp:wrapNone/>
                <wp:docPr id="1723228241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920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F0E98E" id="Gerader Verbinder 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3.5pt,12.95pt" to="486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" strokecolor="#7f7f7f" strokeweight=".5pt">
                <v:stroke dashstyle="1 1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D1235C" wp14:editId="62B49489">
                <wp:simplePos x="0" y="0"/>
                <wp:positionH relativeFrom="margin">
                  <wp:align>left</wp:align>
                </wp:positionH>
                <wp:positionV relativeFrom="paragraph">
                  <wp:posOffset>180340</wp:posOffset>
                </wp:positionV>
                <wp:extent cx="1823720" cy="9525"/>
                <wp:effectExtent l="0" t="0" r="24130" b="28575"/>
                <wp:wrapNone/>
                <wp:docPr id="559372988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372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29232" id="Gerader Verbinder 3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2pt" to="143.6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" strokecolor="#7f7f7f" strokeweight=".5pt">
                <v:stroke dashstyle="1 1"/>
                <w10:wrap anchorx="margin"/>
              </v:line>
            </w:pict>
          </mc:Fallback>
        </mc:AlternateContent>
      </w:r>
      <w:r w:rsidR="00AE1D75" w:rsidRPr="00873510">
        <w:rPr>
          <w:rFonts w:ascii="Arial" w:hAnsi="Arial" w:cs="Arial"/>
          <w:caps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1D75" w:rsidRPr="00873510">
        <w:rPr>
          <w:rFonts w:ascii="Arial" w:hAnsi="Arial" w:cs="Arial"/>
          <w:caps/>
          <w:lang w:val="de-CH"/>
        </w:rPr>
        <w:instrText xml:space="preserve"> FORMTEXT </w:instrText>
      </w:r>
      <w:r w:rsidR="00AE1D75" w:rsidRPr="00873510">
        <w:rPr>
          <w:rFonts w:ascii="Arial" w:hAnsi="Arial" w:cs="Arial"/>
          <w:caps/>
          <w:lang w:val="de-CH"/>
        </w:rPr>
      </w:r>
      <w:r w:rsidR="00AE1D75" w:rsidRPr="00873510">
        <w:rPr>
          <w:rFonts w:ascii="Arial" w:hAnsi="Arial" w:cs="Arial"/>
          <w:caps/>
          <w:lang w:val="de-CH"/>
        </w:rPr>
        <w:fldChar w:fldCharType="separate"/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lang w:val="de-CH"/>
        </w:rPr>
        <w:fldChar w:fldCharType="end"/>
      </w:r>
      <w:r w:rsidR="00AE1D75" w:rsidRPr="00873510">
        <w:rPr>
          <w:rFonts w:ascii="Arial" w:hAnsi="Arial" w:cs="Arial"/>
          <w:lang w:val="de-CH"/>
        </w:rPr>
        <w:tab/>
      </w:r>
      <w:r w:rsidR="00AE1D75" w:rsidRPr="00873510">
        <w:rPr>
          <w:rFonts w:ascii="Arial" w:hAnsi="Arial" w:cs="Arial"/>
          <w:lang w:val="de-CH"/>
        </w:rPr>
        <w:tab/>
      </w:r>
      <w:r w:rsidR="00AE1D75" w:rsidRPr="00873510">
        <w:rPr>
          <w:rFonts w:ascii="Arial" w:hAnsi="Arial" w:cs="Arial"/>
          <w:lang w:val="de-CH"/>
        </w:rPr>
        <w:tab/>
      </w:r>
    </w:p>
    <w:p w14:paraId="20D02DAE" w14:textId="0E1BDDB5" w:rsidR="00AE1D75" w:rsidRPr="008F332A" w:rsidRDefault="00AE1D75" w:rsidP="00AE1D75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sz w:val="16"/>
          <w:szCs w:val="16"/>
          <w:lang w:val="de-CH"/>
        </w:rPr>
      </w:pPr>
      <w:r w:rsidRPr="008F332A">
        <w:rPr>
          <w:rFonts w:ascii="Arial" w:hAnsi="Arial" w:cs="Arial"/>
          <w:sz w:val="16"/>
          <w:szCs w:val="16"/>
          <w:lang w:val="de-CH"/>
        </w:rPr>
        <w:t>Ort und Datum</w:t>
      </w:r>
      <w:r w:rsidRPr="008F332A">
        <w:rPr>
          <w:rFonts w:ascii="Arial" w:hAnsi="Arial" w:cs="Arial"/>
          <w:sz w:val="16"/>
          <w:szCs w:val="16"/>
          <w:lang w:val="de-CH"/>
        </w:rPr>
        <w:tab/>
      </w:r>
      <w:r w:rsidRPr="008F332A">
        <w:rPr>
          <w:rFonts w:ascii="Arial" w:hAnsi="Arial" w:cs="Arial"/>
          <w:sz w:val="16"/>
          <w:szCs w:val="16"/>
          <w:lang w:val="de-CH"/>
        </w:rPr>
        <w:tab/>
        <w:t xml:space="preserve">Unterschrift </w:t>
      </w:r>
      <w:r w:rsidR="00564201">
        <w:rPr>
          <w:rFonts w:ascii="Arial" w:hAnsi="Arial" w:cs="Arial"/>
          <w:sz w:val="16"/>
          <w:szCs w:val="16"/>
          <w:lang w:val="de-CH"/>
        </w:rPr>
        <w:t>gesuchstellende Person</w:t>
      </w:r>
      <w:r w:rsidR="00E21F0A">
        <w:rPr>
          <w:rFonts w:ascii="Arial" w:hAnsi="Arial" w:cs="Arial"/>
          <w:sz w:val="16"/>
          <w:szCs w:val="16"/>
          <w:lang w:val="de-CH"/>
        </w:rPr>
        <w:t xml:space="preserve"> </w:t>
      </w:r>
      <w:r w:rsidR="00E21F0A" w:rsidRPr="00E21F0A">
        <w:rPr>
          <w:rFonts w:ascii="Arial" w:hAnsi="Arial" w:cs="Arial"/>
          <w:sz w:val="16"/>
          <w:szCs w:val="16"/>
          <w:lang w:val="de-CH"/>
        </w:rPr>
        <w:t>(Auszubildende*r / Student*in)</w:t>
      </w:r>
    </w:p>
    <w:p w14:paraId="6D751E69" w14:textId="2DC3C16C" w:rsidR="00AE1D75" w:rsidRDefault="00AE1D75" w:rsidP="00E21F0A">
      <w:pPr>
        <w:tabs>
          <w:tab w:val="left" w:pos="4253"/>
          <w:tab w:val="left" w:pos="5103"/>
          <w:tab w:val="left" w:pos="9781"/>
        </w:tabs>
        <w:spacing w:before="240" w:after="120"/>
        <w:rPr>
          <w:rFonts w:ascii="Arial" w:hAnsi="Arial" w:cs="Arial"/>
          <w:lang w:val="de-CH"/>
        </w:rPr>
      </w:pPr>
    </w:p>
    <w:p w14:paraId="411C96CF" w14:textId="36BCC081" w:rsidR="00AE1D75" w:rsidRPr="00873510" w:rsidRDefault="003B5ABE" w:rsidP="002F260B">
      <w:pPr>
        <w:tabs>
          <w:tab w:val="left" w:pos="4253"/>
          <w:tab w:val="left" w:pos="5103"/>
          <w:tab w:val="left" w:pos="9781"/>
        </w:tabs>
        <w:spacing w:after="60"/>
        <w:rPr>
          <w:rFonts w:ascii="Arial" w:hAnsi="Arial" w:cs="Arial"/>
          <w:lang w:val="de-CH"/>
        </w:rPr>
      </w:pP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4E3657" wp14:editId="42A85661">
                <wp:simplePos x="0" y="0"/>
                <wp:positionH relativeFrom="margin">
                  <wp:posOffset>3235007</wp:posOffset>
                </wp:positionH>
                <wp:positionV relativeFrom="paragraph">
                  <wp:posOffset>171450</wp:posOffset>
                </wp:positionV>
                <wp:extent cx="2938463" cy="0"/>
                <wp:effectExtent l="0" t="0" r="0" b="0"/>
                <wp:wrapNone/>
                <wp:docPr id="333198595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46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F3418" id="Gerader Verbinder 3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4.7pt,13.5pt" to="486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" strokecolor="#7f7f7f" strokeweight=".5pt">
                <v:stroke dashstyle="1 1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lang w:val="de-C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A0F84A" wp14:editId="79BFF823">
                <wp:simplePos x="0" y="0"/>
                <wp:positionH relativeFrom="margin">
                  <wp:posOffset>-952</wp:posOffset>
                </wp:positionH>
                <wp:positionV relativeFrom="paragraph">
                  <wp:posOffset>181609</wp:posOffset>
                </wp:positionV>
                <wp:extent cx="1823720" cy="0"/>
                <wp:effectExtent l="0" t="0" r="0" b="0"/>
                <wp:wrapNone/>
                <wp:docPr id="827593416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37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080F6" id="Gerader Verbinder 3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4.3pt" to="143.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" strokecolor="#7f7f7f" strokeweight=".5pt">
                <v:stroke dashstyle="1 1"/>
                <w10:wrap anchorx="margin"/>
              </v:line>
            </w:pict>
          </mc:Fallback>
        </mc:AlternateContent>
      </w:r>
      <w:r w:rsidR="00AE1D75" w:rsidRPr="00873510">
        <w:rPr>
          <w:rFonts w:ascii="Arial" w:hAnsi="Arial" w:cs="Arial"/>
          <w:caps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1D75" w:rsidRPr="00873510">
        <w:rPr>
          <w:rFonts w:ascii="Arial" w:hAnsi="Arial" w:cs="Arial"/>
          <w:caps/>
          <w:lang w:val="de-CH"/>
        </w:rPr>
        <w:instrText xml:space="preserve"> FORMTEXT </w:instrText>
      </w:r>
      <w:r w:rsidR="00AE1D75" w:rsidRPr="00873510">
        <w:rPr>
          <w:rFonts w:ascii="Arial" w:hAnsi="Arial" w:cs="Arial"/>
          <w:caps/>
          <w:lang w:val="de-CH"/>
        </w:rPr>
      </w:r>
      <w:r w:rsidR="00AE1D75" w:rsidRPr="00873510">
        <w:rPr>
          <w:rFonts w:ascii="Arial" w:hAnsi="Arial" w:cs="Arial"/>
          <w:caps/>
          <w:lang w:val="de-CH"/>
        </w:rPr>
        <w:fldChar w:fldCharType="separate"/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noProof/>
          <w:lang w:val="de-CH"/>
        </w:rPr>
        <w:t> </w:t>
      </w:r>
      <w:r w:rsidR="00AE1D75" w:rsidRPr="00873510">
        <w:rPr>
          <w:rFonts w:ascii="Arial" w:hAnsi="Arial" w:cs="Arial"/>
          <w:caps/>
          <w:lang w:val="de-CH"/>
        </w:rPr>
        <w:fldChar w:fldCharType="end"/>
      </w:r>
      <w:r w:rsidR="00AE1D75" w:rsidRPr="00873510">
        <w:rPr>
          <w:rFonts w:ascii="Arial" w:hAnsi="Arial" w:cs="Arial"/>
          <w:lang w:val="de-CH"/>
        </w:rPr>
        <w:tab/>
      </w:r>
      <w:r w:rsidR="00AE1D75" w:rsidRPr="00873510">
        <w:rPr>
          <w:rFonts w:ascii="Arial" w:hAnsi="Arial" w:cs="Arial"/>
          <w:lang w:val="de-CH"/>
        </w:rPr>
        <w:tab/>
      </w:r>
      <w:r w:rsidR="00AE1D75" w:rsidRPr="00873510">
        <w:rPr>
          <w:rFonts w:ascii="Arial" w:hAnsi="Arial" w:cs="Arial"/>
          <w:lang w:val="de-CH"/>
        </w:rPr>
        <w:tab/>
      </w:r>
    </w:p>
    <w:p w14:paraId="7925DF98" w14:textId="04DBA2A1" w:rsidR="00376158" w:rsidRDefault="00AE1D75" w:rsidP="00665BB6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b/>
          <w:bCs/>
          <w:lang w:val="de-CH"/>
        </w:rPr>
      </w:pPr>
      <w:r w:rsidRPr="008F332A">
        <w:rPr>
          <w:rFonts w:ascii="Arial" w:hAnsi="Arial" w:cs="Arial"/>
          <w:sz w:val="16"/>
          <w:szCs w:val="16"/>
          <w:lang w:val="de-CH"/>
        </w:rPr>
        <w:t>Ort und Datum</w:t>
      </w:r>
      <w:r w:rsidRPr="008F332A">
        <w:rPr>
          <w:rFonts w:ascii="Arial" w:hAnsi="Arial" w:cs="Arial"/>
          <w:sz w:val="16"/>
          <w:szCs w:val="16"/>
          <w:lang w:val="de-CH"/>
        </w:rPr>
        <w:tab/>
      </w:r>
      <w:r w:rsidRPr="008F332A">
        <w:rPr>
          <w:rFonts w:ascii="Arial" w:hAnsi="Arial" w:cs="Arial"/>
          <w:sz w:val="16"/>
          <w:szCs w:val="16"/>
          <w:lang w:val="de-CH"/>
        </w:rPr>
        <w:tab/>
        <w:t xml:space="preserve">Unterschrift der Eltern bzw. </w:t>
      </w:r>
      <w:r w:rsidR="003762AE" w:rsidRPr="003762AE">
        <w:rPr>
          <w:rFonts w:ascii="Arial" w:hAnsi="Arial" w:cs="Arial"/>
          <w:sz w:val="16"/>
          <w:szCs w:val="16"/>
          <w:lang w:val="de-CH"/>
        </w:rPr>
        <w:t xml:space="preserve">gesetzlich verpflichtete </w:t>
      </w:r>
      <w:r w:rsidRPr="008F332A">
        <w:rPr>
          <w:rFonts w:ascii="Arial" w:hAnsi="Arial" w:cs="Arial"/>
          <w:sz w:val="16"/>
          <w:szCs w:val="16"/>
          <w:lang w:val="de-CH"/>
        </w:rPr>
        <w:t>Person</w:t>
      </w:r>
      <w:r w:rsidR="0046625E">
        <w:rPr>
          <w:rFonts w:ascii="Arial" w:hAnsi="Arial" w:cs="Arial"/>
          <w:sz w:val="16"/>
          <w:szCs w:val="16"/>
          <w:lang w:val="de-CH"/>
        </w:rPr>
        <w:t>(en)</w:t>
      </w:r>
      <w:r w:rsidR="00376158">
        <w:rPr>
          <w:rFonts w:ascii="Arial" w:hAnsi="Arial" w:cs="Arial"/>
          <w:b/>
          <w:bCs/>
          <w:lang w:val="de-CH"/>
        </w:rPr>
        <w:br w:type="page"/>
      </w:r>
    </w:p>
    <w:p w14:paraId="6E0D1111" w14:textId="7FA7C6C9" w:rsidR="00172540" w:rsidRDefault="00172540" w:rsidP="00172540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sz w:val="18"/>
          <w:szCs w:val="18"/>
          <w:lang w:val="de-CH"/>
        </w:rPr>
      </w:pPr>
    </w:p>
    <w:p w14:paraId="5957A29A" w14:textId="77777777" w:rsidR="0046625E" w:rsidRDefault="0046625E" w:rsidP="00172540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sz w:val="18"/>
          <w:szCs w:val="18"/>
          <w:lang w:val="de-CH"/>
        </w:rPr>
      </w:pPr>
    </w:p>
    <w:p w14:paraId="7B6F8EF2" w14:textId="092BF2F6" w:rsidR="00172540" w:rsidRDefault="00172540" w:rsidP="0017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0"/>
        <w:jc w:val="center"/>
        <w:rPr>
          <w:rFonts w:ascii="Arial" w:hAnsi="Arial" w:cs="Arial"/>
          <w:sz w:val="32"/>
          <w:szCs w:val="32"/>
          <w:lang w:val="de-CH"/>
        </w:rPr>
      </w:pPr>
      <w:r>
        <w:rPr>
          <w:rFonts w:ascii="Arial" w:hAnsi="Arial" w:cs="Arial"/>
          <w:b/>
          <w:bCs/>
          <w:sz w:val="40"/>
          <w:szCs w:val="40"/>
          <w:lang w:val="de-CH"/>
        </w:rPr>
        <w:t>Weiteres Vorgehen</w:t>
      </w:r>
      <w:r w:rsidR="00E6191C">
        <w:rPr>
          <w:rFonts w:ascii="Arial" w:hAnsi="Arial" w:cs="Arial"/>
          <w:b/>
          <w:bCs/>
          <w:sz w:val="40"/>
          <w:szCs w:val="40"/>
          <w:lang w:val="de-CH"/>
        </w:rPr>
        <w:t xml:space="preserve"> für </w:t>
      </w:r>
      <w:r w:rsidR="00564201">
        <w:rPr>
          <w:rFonts w:ascii="Arial" w:hAnsi="Arial" w:cs="Arial"/>
          <w:b/>
          <w:bCs/>
          <w:sz w:val="40"/>
          <w:szCs w:val="40"/>
          <w:lang w:val="de-CH"/>
        </w:rPr>
        <w:t>gesuchstellende Person</w:t>
      </w:r>
    </w:p>
    <w:p w14:paraId="0F0E78CA" w14:textId="77777777" w:rsidR="00172540" w:rsidRDefault="00172540" w:rsidP="00172540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sz w:val="18"/>
          <w:szCs w:val="18"/>
          <w:lang w:val="de-CH"/>
        </w:rPr>
      </w:pPr>
    </w:p>
    <w:p w14:paraId="393CA934" w14:textId="6CD5078C" w:rsidR="00172540" w:rsidRPr="00B46B36" w:rsidRDefault="00172540" w:rsidP="00961FC0">
      <w:pPr>
        <w:spacing w:before="120" w:after="120"/>
        <w:jc w:val="both"/>
        <w:rPr>
          <w:rFonts w:ascii="Arial" w:hAnsi="Arial" w:cs="Arial"/>
          <w:sz w:val="24"/>
          <w:szCs w:val="24"/>
          <w:lang w:val="de-CH"/>
        </w:rPr>
      </w:pPr>
      <w:r w:rsidRPr="00B46B36">
        <w:rPr>
          <w:rFonts w:ascii="Arial" w:hAnsi="Arial" w:cs="Arial"/>
          <w:sz w:val="24"/>
          <w:szCs w:val="24"/>
          <w:lang w:val="de-CH"/>
        </w:rPr>
        <w:t xml:space="preserve">Vollständiges Gesuch mit allen Beilagen </w:t>
      </w:r>
      <w:r w:rsidR="00B46B36">
        <w:rPr>
          <w:rFonts w:ascii="Arial" w:hAnsi="Arial" w:cs="Arial"/>
          <w:sz w:val="24"/>
          <w:szCs w:val="24"/>
          <w:lang w:val="de-CH"/>
        </w:rPr>
        <w:t xml:space="preserve">(vgl. Punkt H) </w:t>
      </w:r>
      <w:r w:rsidRPr="00B46B36">
        <w:rPr>
          <w:rFonts w:ascii="Arial" w:hAnsi="Arial" w:cs="Arial"/>
          <w:sz w:val="24"/>
          <w:szCs w:val="24"/>
          <w:lang w:val="de-CH"/>
        </w:rPr>
        <w:t xml:space="preserve">bitte bis </w:t>
      </w:r>
      <w:r w:rsidRPr="00B46B36">
        <w:rPr>
          <w:rFonts w:ascii="Arial" w:hAnsi="Arial" w:cs="Arial"/>
          <w:b/>
          <w:bCs/>
          <w:sz w:val="24"/>
          <w:szCs w:val="24"/>
          <w:lang w:val="de-CH"/>
        </w:rPr>
        <w:t xml:space="preserve">spätestens 30. Juni </w:t>
      </w:r>
      <w:r w:rsidRPr="00B46B36">
        <w:rPr>
          <w:rFonts w:ascii="Arial" w:hAnsi="Arial" w:cs="Arial"/>
          <w:sz w:val="24"/>
          <w:szCs w:val="24"/>
          <w:lang w:val="de-CH"/>
        </w:rPr>
        <w:t>an die</w:t>
      </w:r>
      <w:r w:rsidRPr="00B46B36">
        <w:rPr>
          <w:rFonts w:ascii="Arial" w:hAnsi="Arial" w:cs="Arial"/>
          <w:b/>
          <w:bCs/>
          <w:sz w:val="24"/>
          <w:szCs w:val="24"/>
          <w:lang w:val="de-CH"/>
        </w:rPr>
        <w:t xml:space="preserve"> Gemeindeverwaltung </w:t>
      </w:r>
      <w:r w:rsidR="00650D1F">
        <w:rPr>
          <w:rFonts w:ascii="Arial" w:hAnsi="Arial" w:cs="Arial"/>
          <w:b/>
          <w:bCs/>
          <w:sz w:val="24"/>
          <w:szCs w:val="24"/>
          <w:lang w:val="de-CH"/>
        </w:rPr>
        <w:t>Ihrer</w:t>
      </w:r>
      <w:r w:rsidRPr="00B46B36">
        <w:rPr>
          <w:rFonts w:ascii="Arial" w:hAnsi="Arial" w:cs="Arial"/>
          <w:b/>
          <w:bCs/>
          <w:sz w:val="24"/>
          <w:szCs w:val="24"/>
          <w:lang w:val="de-CH"/>
        </w:rPr>
        <w:t xml:space="preserve"> Wohngemeinde zu Handen der Sozialhilfebehörde</w:t>
      </w:r>
      <w:r w:rsidRPr="00B46B36">
        <w:rPr>
          <w:rFonts w:ascii="Arial" w:hAnsi="Arial" w:cs="Arial"/>
          <w:sz w:val="24"/>
          <w:szCs w:val="24"/>
          <w:lang w:val="de-CH"/>
        </w:rPr>
        <w:t xml:space="preserve"> einreichen. Verspätete Gesuche können aus administrativen Gründen nicht mehr berücksichtigt werden. Nur vollständig</w:t>
      </w:r>
      <w:r w:rsidR="00A46679">
        <w:rPr>
          <w:rFonts w:ascii="Arial" w:hAnsi="Arial" w:cs="Arial"/>
          <w:sz w:val="24"/>
          <w:szCs w:val="24"/>
          <w:lang w:val="de-CH"/>
        </w:rPr>
        <w:t>e</w:t>
      </w:r>
      <w:r w:rsidRPr="00B46B36">
        <w:rPr>
          <w:rFonts w:ascii="Arial" w:hAnsi="Arial" w:cs="Arial"/>
          <w:sz w:val="24"/>
          <w:szCs w:val="24"/>
          <w:lang w:val="de-CH"/>
        </w:rPr>
        <w:t xml:space="preserve"> Gesuch</w:t>
      </w:r>
      <w:r w:rsidR="00A46679">
        <w:rPr>
          <w:rFonts w:ascii="Arial" w:hAnsi="Arial" w:cs="Arial"/>
          <w:sz w:val="24"/>
          <w:szCs w:val="24"/>
          <w:lang w:val="de-CH"/>
        </w:rPr>
        <w:t>e</w:t>
      </w:r>
      <w:r w:rsidRPr="00B46B36">
        <w:rPr>
          <w:rFonts w:ascii="Arial" w:hAnsi="Arial" w:cs="Arial"/>
          <w:sz w:val="24"/>
          <w:szCs w:val="24"/>
          <w:lang w:val="de-CH"/>
        </w:rPr>
        <w:t xml:space="preserve"> werden von der Wehrli-Kommission </w:t>
      </w:r>
      <w:r w:rsidR="00A46679" w:rsidRPr="00B46B36">
        <w:rPr>
          <w:rFonts w:ascii="Arial" w:hAnsi="Arial" w:cs="Arial"/>
          <w:sz w:val="24"/>
          <w:szCs w:val="24"/>
          <w:lang w:val="de-CH"/>
        </w:rPr>
        <w:t>anlässlich der</w:t>
      </w:r>
      <w:r w:rsidR="00A46679">
        <w:rPr>
          <w:rFonts w:ascii="Arial" w:hAnsi="Arial" w:cs="Arial"/>
          <w:sz w:val="24"/>
          <w:szCs w:val="24"/>
          <w:lang w:val="de-CH"/>
        </w:rPr>
        <w:t xml:space="preserve"> ordentlichen</w:t>
      </w:r>
      <w:r w:rsidR="00A46679" w:rsidRPr="00B46B36">
        <w:rPr>
          <w:rFonts w:ascii="Arial" w:hAnsi="Arial" w:cs="Arial"/>
          <w:sz w:val="24"/>
          <w:szCs w:val="24"/>
          <w:lang w:val="de-CH"/>
        </w:rPr>
        <w:t xml:space="preserve"> Jahresversammlung </w:t>
      </w:r>
      <w:r w:rsidR="00A03A6B">
        <w:rPr>
          <w:rFonts w:ascii="Arial" w:hAnsi="Arial" w:cs="Arial"/>
          <w:sz w:val="24"/>
          <w:szCs w:val="24"/>
          <w:lang w:val="de-CH"/>
        </w:rPr>
        <w:t>beraten</w:t>
      </w:r>
      <w:r w:rsidRPr="00B46B36">
        <w:rPr>
          <w:rFonts w:ascii="Arial" w:hAnsi="Arial" w:cs="Arial"/>
          <w:sz w:val="24"/>
          <w:szCs w:val="24"/>
          <w:lang w:val="de-CH"/>
        </w:rPr>
        <w:t>.</w:t>
      </w:r>
    </w:p>
    <w:p w14:paraId="6733F396" w14:textId="1B7E484D" w:rsidR="00172540" w:rsidRDefault="00172540" w:rsidP="00961FC0">
      <w:pPr>
        <w:spacing w:after="120"/>
        <w:jc w:val="both"/>
        <w:rPr>
          <w:rFonts w:ascii="Arial" w:hAnsi="Arial" w:cs="Arial"/>
          <w:sz w:val="24"/>
          <w:szCs w:val="24"/>
          <w:lang w:val="de-CH"/>
        </w:rPr>
      </w:pPr>
      <w:r w:rsidRPr="00B46B36">
        <w:rPr>
          <w:rFonts w:ascii="Arial" w:hAnsi="Arial" w:cs="Arial"/>
          <w:sz w:val="24"/>
          <w:szCs w:val="24"/>
          <w:lang w:val="de-CH"/>
        </w:rPr>
        <w:t xml:space="preserve">Die Benachrichtigung über den Entscheid erfolgt in der Regel </w:t>
      </w:r>
      <w:r w:rsidRPr="008F0B6B">
        <w:rPr>
          <w:rFonts w:ascii="Arial" w:hAnsi="Arial" w:cs="Arial"/>
          <w:b/>
          <w:bCs/>
          <w:sz w:val="24"/>
          <w:szCs w:val="24"/>
          <w:lang w:val="de-CH"/>
        </w:rPr>
        <w:t>Mitte September</w:t>
      </w:r>
      <w:r w:rsidRPr="00B46B36">
        <w:rPr>
          <w:rFonts w:ascii="Arial" w:hAnsi="Arial" w:cs="Arial"/>
          <w:sz w:val="24"/>
          <w:szCs w:val="24"/>
          <w:lang w:val="de-CH"/>
        </w:rPr>
        <w:t xml:space="preserve"> schriftlich direkt an </w:t>
      </w:r>
      <w:r w:rsidR="00564201">
        <w:rPr>
          <w:rFonts w:ascii="Arial" w:hAnsi="Arial" w:cs="Arial"/>
          <w:sz w:val="24"/>
          <w:szCs w:val="24"/>
          <w:lang w:val="de-CH"/>
        </w:rPr>
        <w:t>die gesuchstellende Person</w:t>
      </w:r>
      <w:r w:rsidRPr="00B46B36">
        <w:rPr>
          <w:rFonts w:ascii="Arial" w:hAnsi="Arial" w:cs="Arial"/>
          <w:sz w:val="24"/>
          <w:szCs w:val="24"/>
          <w:lang w:val="de-CH"/>
        </w:rPr>
        <w:t>. Es besteht kein Rechtsanspruch – die Wehrli</w:t>
      </w:r>
      <w:r w:rsidR="001212A7">
        <w:rPr>
          <w:rFonts w:ascii="Arial" w:hAnsi="Arial" w:cs="Arial"/>
          <w:sz w:val="24"/>
          <w:szCs w:val="24"/>
          <w:lang w:val="de-CH"/>
        </w:rPr>
        <w:t xml:space="preserve"> </w:t>
      </w:r>
      <w:r w:rsidRPr="00B46B36">
        <w:rPr>
          <w:rFonts w:ascii="Arial" w:hAnsi="Arial" w:cs="Arial"/>
          <w:sz w:val="24"/>
          <w:szCs w:val="24"/>
          <w:lang w:val="de-CH"/>
        </w:rPr>
        <w:t>Stiftung ist frei in der Vergabe ihrer Stipendien.</w:t>
      </w:r>
    </w:p>
    <w:p w14:paraId="2E23ED24" w14:textId="77777777" w:rsidR="0067648A" w:rsidRPr="00B46B36" w:rsidRDefault="0067648A" w:rsidP="00961FC0">
      <w:pPr>
        <w:spacing w:after="120"/>
        <w:jc w:val="both"/>
        <w:rPr>
          <w:rFonts w:ascii="Arial" w:hAnsi="Arial" w:cs="Arial"/>
          <w:sz w:val="24"/>
          <w:szCs w:val="24"/>
          <w:lang w:val="de-CH"/>
        </w:rPr>
      </w:pPr>
    </w:p>
    <w:p w14:paraId="4C05D7DF" w14:textId="62A0BA98" w:rsidR="00172540" w:rsidRPr="0067648A" w:rsidRDefault="00172540" w:rsidP="00961FC0">
      <w:pPr>
        <w:spacing w:after="0"/>
        <w:jc w:val="right"/>
        <w:rPr>
          <w:rFonts w:ascii="Arial" w:hAnsi="Arial" w:cs="Arial"/>
          <w:sz w:val="24"/>
          <w:szCs w:val="24"/>
          <w:lang w:val="de-CH"/>
        </w:rPr>
      </w:pPr>
      <w:r w:rsidRPr="0067648A">
        <w:rPr>
          <w:rFonts w:ascii="Arial" w:hAnsi="Arial" w:cs="Arial"/>
          <w:sz w:val="24"/>
          <w:szCs w:val="24"/>
          <w:lang w:val="de-CH"/>
        </w:rPr>
        <w:t xml:space="preserve">Wehrli Stiftung des </w:t>
      </w:r>
      <w:r w:rsidR="00A06964" w:rsidRPr="0067648A">
        <w:rPr>
          <w:rFonts w:ascii="Arial" w:hAnsi="Arial" w:cs="Arial"/>
          <w:sz w:val="24"/>
          <w:szCs w:val="24"/>
          <w:lang w:val="de-CH"/>
        </w:rPr>
        <w:t>Birsecks</w:t>
      </w:r>
    </w:p>
    <w:p w14:paraId="7AD3415E" w14:textId="4F4DC29B" w:rsidR="00763CD9" w:rsidRDefault="00763CD9" w:rsidP="00961FC0">
      <w:pPr>
        <w:jc w:val="right"/>
      </w:pPr>
      <w:hyperlink r:id="rId9" w:history="1">
        <w:r w:rsidRPr="0067648A">
          <w:rPr>
            <w:rStyle w:val="Hyperlink"/>
            <w:rFonts w:ascii="Arial" w:hAnsi="Arial" w:cs="Arial"/>
            <w:color w:val="auto"/>
            <w:sz w:val="24"/>
            <w:szCs w:val="24"/>
            <w:u w:val="none"/>
            <w:lang w:val="de-CH"/>
          </w:rPr>
          <w:t>wehrli-stiftung.ch/Dokumentation</w:t>
        </w:r>
      </w:hyperlink>
    </w:p>
    <w:p w14:paraId="3DADFF7B" w14:textId="44F8E2F8" w:rsidR="00172540" w:rsidRDefault="000B5505" w:rsidP="00961FC0">
      <w:pPr>
        <w:jc w:val="right"/>
        <w:rPr>
          <w:rFonts w:ascii="Arial" w:hAnsi="Arial" w:cs="Arial"/>
          <w:b/>
          <w:bCs/>
          <w:lang w:val="de-CH"/>
        </w:rPr>
      </w:pPr>
      <w:r w:rsidRPr="000B5505">
        <w:rPr>
          <w:rFonts w:ascii="Arial" w:hAnsi="Arial" w:cs="Arial"/>
        </w:rPr>
        <w:t>Stand Januar 2026</w:t>
      </w:r>
    </w:p>
    <w:p w14:paraId="2C1116E8" w14:textId="77777777" w:rsidR="0067648A" w:rsidRDefault="0067648A">
      <w:pPr>
        <w:rPr>
          <w:rFonts w:ascii="Arial" w:hAnsi="Arial" w:cs="Arial"/>
          <w:b/>
          <w:bCs/>
          <w:lang w:val="de-CH"/>
        </w:rPr>
      </w:pPr>
    </w:p>
    <w:p w14:paraId="75828B9B" w14:textId="77777777" w:rsidR="0067648A" w:rsidRDefault="0067648A">
      <w:pPr>
        <w:rPr>
          <w:rFonts w:ascii="Arial" w:hAnsi="Arial" w:cs="Arial"/>
          <w:b/>
          <w:bCs/>
          <w:lang w:val="de-CH"/>
        </w:rPr>
      </w:pPr>
    </w:p>
    <w:p w14:paraId="3CFFA125" w14:textId="77777777" w:rsidR="00C93CA5" w:rsidRDefault="00C93CA5">
      <w:pPr>
        <w:rPr>
          <w:rFonts w:ascii="Arial" w:hAnsi="Arial" w:cs="Arial"/>
          <w:b/>
          <w:bCs/>
          <w:i/>
          <w:iCs/>
          <w:lang w:val="de-CH"/>
        </w:rPr>
      </w:pPr>
    </w:p>
    <w:p w14:paraId="34028991" w14:textId="486FB832" w:rsidR="00C93CA5" w:rsidRPr="00C93CA5" w:rsidRDefault="00C93CA5" w:rsidP="0017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0"/>
        <w:jc w:val="center"/>
        <w:rPr>
          <w:rFonts w:ascii="Arial" w:hAnsi="Arial" w:cs="Arial"/>
          <w:i/>
          <w:iCs/>
          <w:lang w:val="de-CH"/>
        </w:rPr>
      </w:pPr>
      <w:r w:rsidRPr="00C93CA5">
        <w:rPr>
          <w:rFonts w:ascii="Arial" w:hAnsi="Arial" w:cs="Arial"/>
          <w:i/>
          <w:iCs/>
          <w:lang w:val="de-CH"/>
        </w:rPr>
        <w:t>Interner Vermerk für</w:t>
      </w:r>
    </w:p>
    <w:p w14:paraId="1D306BF6" w14:textId="5A0CB181" w:rsidR="00726437" w:rsidRPr="00A2346F" w:rsidRDefault="00726437" w:rsidP="0017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0"/>
        <w:jc w:val="center"/>
        <w:rPr>
          <w:rFonts w:ascii="Arial" w:hAnsi="Arial" w:cs="Arial"/>
          <w:b/>
          <w:bCs/>
          <w:sz w:val="40"/>
          <w:szCs w:val="40"/>
          <w:lang w:val="de-CH"/>
        </w:rPr>
      </w:pPr>
      <w:r w:rsidRPr="00A2346F">
        <w:rPr>
          <w:rFonts w:ascii="Arial" w:hAnsi="Arial" w:cs="Arial"/>
          <w:b/>
          <w:bCs/>
          <w:sz w:val="40"/>
          <w:szCs w:val="40"/>
          <w:lang w:val="de-CH"/>
        </w:rPr>
        <w:t>Gemeindeverwaltung</w:t>
      </w:r>
      <w:r w:rsidR="0067648A">
        <w:rPr>
          <w:rFonts w:ascii="Arial" w:hAnsi="Arial" w:cs="Arial"/>
          <w:b/>
          <w:bCs/>
          <w:sz w:val="40"/>
          <w:szCs w:val="40"/>
          <w:lang w:val="de-CH"/>
        </w:rPr>
        <w:t xml:space="preserve"> </w:t>
      </w:r>
      <w:r w:rsidRPr="00A2346F">
        <w:rPr>
          <w:rFonts w:ascii="Arial" w:hAnsi="Arial" w:cs="Arial"/>
          <w:b/>
          <w:bCs/>
          <w:sz w:val="40"/>
          <w:szCs w:val="40"/>
          <w:lang w:val="de-CH"/>
        </w:rPr>
        <w:t>der Wohngemeinde</w:t>
      </w:r>
    </w:p>
    <w:p w14:paraId="788CA5FB" w14:textId="77777777" w:rsidR="00172540" w:rsidRPr="0067648A" w:rsidRDefault="00172540" w:rsidP="001F4042">
      <w:pPr>
        <w:tabs>
          <w:tab w:val="left" w:pos="4253"/>
          <w:tab w:val="left" w:pos="5103"/>
          <w:tab w:val="left" w:pos="9781"/>
        </w:tabs>
        <w:spacing w:after="120"/>
        <w:rPr>
          <w:rFonts w:ascii="Arial" w:hAnsi="Arial" w:cs="Arial"/>
          <w:sz w:val="24"/>
          <w:szCs w:val="24"/>
          <w:lang w:val="de-CH"/>
        </w:rPr>
      </w:pPr>
    </w:p>
    <w:p w14:paraId="425F127D" w14:textId="18420F75" w:rsidR="0067648A" w:rsidRPr="0067648A" w:rsidRDefault="004D1AF2" w:rsidP="00961FC0">
      <w:pPr>
        <w:tabs>
          <w:tab w:val="left" w:pos="4253"/>
          <w:tab w:val="left" w:pos="5103"/>
          <w:tab w:val="left" w:pos="9781"/>
        </w:tabs>
        <w:spacing w:after="120"/>
        <w:jc w:val="both"/>
        <w:rPr>
          <w:rFonts w:ascii="Arial" w:hAnsi="Arial" w:cs="Arial"/>
          <w:lang w:val="de-CH"/>
        </w:rPr>
      </w:pPr>
      <w:r>
        <w:rPr>
          <w:rFonts w:ascii="Arial" w:hAnsi="Arial" w:cs="Arial"/>
          <w:sz w:val="24"/>
          <w:szCs w:val="24"/>
          <w:lang w:val="de-CH"/>
        </w:rPr>
        <w:t>V</w:t>
      </w:r>
      <w:r w:rsidR="0067648A">
        <w:rPr>
          <w:rFonts w:ascii="Arial" w:hAnsi="Arial" w:cs="Arial"/>
          <w:sz w:val="24"/>
          <w:szCs w:val="24"/>
          <w:lang w:val="de-CH"/>
        </w:rPr>
        <w:t>ollständige</w:t>
      </w:r>
      <w:r w:rsidR="0067648A" w:rsidRPr="0067648A">
        <w:rPr>
          <w:rFonts w:ascii="Arial" w:hAnsi="Arial" w:cs="Arial"/>
          <w:sz w:val="24"/>
          <w:szCs w:val="24"/>
          <w:lang w:val="de-CH"/>
        </w:rPr>
        <w:t xml:space="preserve"> Unterlagen </w:t>
      </w:r>
      <w:r w:rsidR="0067648A" w:rsidRPr="0067648A">
        <w:rPr>
          <w:rFonts w:ascii="Arial" w:hAnsi="Arial" w:cs="Arial"/>
          <w:b/>
          <w:bCs/>
          <w:sz w:val="24"/>
          <w:szCs w:val="24"/>
          <w:lang w:val="de-CH"/>
        </w:rPr>
        <w:t xml:space="preserve">bis </w:t>
      </w:r>
      <w:r w:rsidR="0067648A">
        <w:rPr>
          <w:rFonts w:ascii="Arial" w:hAnsi="Arial" w:cs="Arial"/>
          <w:b/>
          <w:bCs/>
          <w:sz w:val="24"/>
          <w:szCs w:val="24"/>
          <w:lang w:val="de-CH"/>
        </w:rPr>
        <w:t xml:space="preserve">spätestens </w:t>
      </w:r>
      <w:r w:rsidR="0067648A" w:rsidRPr="0067648A">
        <w:rPr>
          <w:rFonts w:ascii="Arial" w:hAnsi="Arial" w:cs="Arial"/>
          <w:b/>
          <w:bCs/>
          <w:sz w:val="24"/>
          <w:szCs w:val="24"/>
          <w:lang w:val="de-CH"/>
        </w:rPr>
        <w:t>Mitte Juli</w:t>
      </w:r>
      <w:r w:rsidR="0067648A" w:rsidRPr="0067648A">
        <w:rPr>
          <w:rFonts w:ascii="Arial" w:hAnsi="Arial" w:cs="Arial"/>
          <w:sz w:val="24"/>
          <w:szCs w:val="24"/>
          <w:lang w:val="de-CH"/>
        </w:rPr>
        <w:t xml:space="preserve"> an die Sozialhilfebehörde zu Handen der Vertretung in der Wehrli-Kommission</w:t>
      </w:r>
      <w:r>
        <w:rPr>
          <w:rFonts w:ascii="Arial" w:hAnsi="Arial" w:cs="Arial"/>
          <w:sz w:val="24"/>
          <w:szCs w:val="24"/>
          <w:lang w:val="de-CH"/>
        </w:rPr>
        <w:t xml:space="preserve"> weiterleiten </w:t>
      </w:r>
      <w:r w:rsidRPr="0067648A">
        <w:rPr>
          <w:rFonts w:ascii="Arial" w:hAnsi="Arial" w:cs="Arial"/>
          <w:sz w:val="24"/>
          <w:szCs w:val="24"/>
          <w:lang w:val="de-CH"/>
        </w:rPr>
        <w:t>(</w:t>
      </w:r>
      <w:r w:rsidR="0067648A" w:rsidRPr="0067648A">
        <w:rPr>
          <w:rFonts w:ascii="Arial" w:hAnsi="Arial" w:cs="Arial"/>
          <w:lang w:val="de-CH"/>
        </w:rPr>
        <w:t xml:space="preserve">vgl. </w:t>
      </w:r>
      <w:hyperlink r:id="rId10" w:history="1">
        <w:r w:rsidR="0067648A" w:rsidRPr="0067648A">
          <w:rPr>
            <w:rStyle w:val="Hyperlink"/>
            <w:rFonts w:ascii="Arial" w:hAnsi="Arial" w:cs="Arial"/>
            <w:color w:val="auto"/>
            <w:u w:val="none"/>
            <w:lang w:val="de-CH"/>
          </w:rPr>
          <w:t>wehrli-stiftung.ch/Wehrli-Kommission/</w:t>
        </w:r>
      </w:hyperlink>
      <w:r w:rsidR="0067648A" w:rsidRPr="0067648A">
        <w:rPr>
          <w:rFonts w:ascii="Arial" w:hAnsi="Arial" w:cs="Arial"/>
          <w:lang w:val="de-CH"/>
        </w:rPr>
        <w:t>)</w:t>
      </w:r>
      <w:r>
        <w:rPr>
          <w:rFonts w:ascii="Arial" w:hAnsi="Arial" w:cs="Arial"/>
          <w:lang w:val="de-CH"/>
        </w:rPr>
        <w:t>.</w:t>
      </w:r>
    </w:p>
    <w:p w14:paraId="1190A1BE" w14:textId="34405595" w:rsidR="00EF5E2F" w:rsidRPr="00EF5E2F" w:rsidRDefault="0067648A" w:rsidP="00961FC0">
      <w:pPr>
        <w:tabs>
          <w:tab w:val="left" w:pos="4253"/>
          <w:tab w:val="left" w:pos="5103"/>
          <w:tab w:val="left" w:pos="9781"/>
        </w:tabs>
        <w:spacing w:after="120"/>
        <w:jc w:val="both"/>
        <w:rPr>
          <w:rFonts w:ascii="Arial" w:hAnsi="Arial" w:cs="Arial"/>
          <w:sz w:val="32"/>
          <w:szCs w:val="32"/>
          <w:lang w:val="de-CH"/>
        </w:rPr>
      </w:pPr>
      <w:r w:rsidRPr="0067648A">
        <w:rPr>
          <w:rFonts w:ascii="Arial" w:hAnsi="Arial" w:cs="Arial"/>
          <w:sz w:val="24"/>
          <w:szCs w:val="24"/>
          <w:lang w:val="de-CH"/>
        </w:rPr>
        <w:t xml:space="preserve">Anschliessend Prüfung des Gesuchs auf Vollständigkeit </w:t>
      </w:r>
      <w:r>
        <w:rPr>
          <w:rFonts w:ascii="Arial" w:hAnsi="Arial" w:cs="Arial"/>
          <w:sz w:val="24"/>
          <w:szCs w:val="24"/>
          <w:lang w:val="de-CH"/>
        </w:rPr>
        <w:t>mit</w:t>
      </w:r>
      <w:r w:rsidRPr="0067648A">
        <w:rPr>
          <w:rFonts w:ascii="Arial" w:hAnsi="Arial" w:cs="Arial"/>
          <w:sz w:val="24"/>
          <w:szCs w:val="24"/>
          <w:lang w:val="de-CH"/>
        </w:rPr>
        <w:t xml:space="preserve"> interner Checkliste durch das Wehrli-Kommissionsmitglied.</w:t>
      </w:r>
    </w:p>
    <w:sectPr w:rsidR="00EF5E2F" w:rsidRPr="00EF5E2F" w:rsidSect="005A0919">
      <w:footerReference w:type="default" r:id="rId11"/>
      <w:footerReference w:type="first" r:id="rId12"/>
      <w:pgSz w:w="11907" w:h="16840" w:code="9"/>
      <w:pgMar w:top="567" w:right="851" w:bottom="510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B1472" w14:textId="77777777" w:rsidR="00351894" w:rsidRDefault="00351894" w:rsidP="00044454">
      <w:pPr>
        <w:spacing w:after="0" w:line="240" w:lineRule="auto"/>
      </w:pPr>
      <w:r>
        <w:separator/>
      </w:r>
    </w:p>
  </w:endnote>
  <w:endnote w:type="continuationSeparator" w:id="0">
    <w:p w14:paraId="5C491ECD" w14:textId="77777777" w:rsidR="00351894" w:rsidRDefault="00351894" w:rsidP="00044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A03C" w14:textId="0671105A" w:rsidR="00044454" w:rsidRPr="006B454E" w:rsidRDefault="00087C77" w:rsidP="00D04AF1">
    <w:pPr>
      <w:pStyle w:val="Fuzeile"/>
      <w:pBdr>
        <w:top w:val="single" w:sz="4" w:space="2" w:color="auto"/>
      </w:pBdr>
      <w:tabs>
        <w:tab w:val="clear" w:pos="9360"/>
        <w:tab w:val="right" w:pos="9922"/>
      </w:tabs>
      <w:spacing w:before="60"/>
      <w:rPr>
        <w:color w:val="7F7F7F" w:themeColor="text1" w:themeTint="80"/>
        <w:sz w:val="16"/>
        <w:szCs w:val="16"/>
        <w:lang w:val="de-CH"/>
      </w:rPr>
    </w:pP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Gesuch für Stipendi</w:t>
    </w:r>
    <w:r w:rsidR="00BD1894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um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 xml:space="preserve"> der Wehrli</w:t>
    </w:r>
    <w:r w:rsidR="00AD6725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 xml:space="preserve"> 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Stiftung des Birsecks</w:t>
    </w:r>
    <w:r w:rsidR="00D83483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 xml:space="preserve"> </w:t>
    </w:r>
    <w:r w:rsidR="003656DF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 xml:space="preserve">| </w:t>
    </w:r>
    <w:r w:rsidR="00D83483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wehrli-stiftung.ch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ab/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fldChar w:fldCharType="begin"/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instrText xml:space="preserve"> PAGE   \* MERGEFORMAT </w:instrTex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fldChar w:fldCharType="separate"/>
    </w:r>
    <w:r w:rsidRPr="006B454E">
      <w:rPr>
        <w:rFonts w:ascii="Arial" w:hAnsi="Arial" w:cs="Arial"/>
        <w:noProof/>
        <w:color w:val="7F7F7F" w:themeColor="text1" w:themeTint="80"/>
        <w:sz w:val="16"/>
        <w:szCs w:val="16"/>
        <w:lang w:val="de-CH"/>
      </w:rPr>
      <w:t>2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C038" w14:textId="7D726450" w:rsidR="00087C77" w:rsidRPr="006B454E" w:rsidRDefault="00087C77" w:rsidP="003656DF">
    <w:pPr>
      <w:pStyle w:val="Fuzeile"/>
      <w:pBdr>
        <w:top w:val="single" w:sz="4" w:space="3" w:color="auto"/>
      </w:pBdr>
      <w:tabs>
        <w:tab w:val="clear" w:pos="9360"/>
        <w:tab w:val="right" w:pos="10206"/>
      </w:tabs>
      <w:rPr>
        <w:color w:val="7F7F7F" w:themeColor="text1" w:themeTint="80"/>
        <w:sz w:val="16"/>
        <w:szCs w:val="16"/>
        <w:lang w:val="de-CH"/>
      </w:rPr>
    </w:pP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Wehrli</w:t>
    </w:r>
    <w:r w:rsidR="003A37D3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 xml:space="preserve"> 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Stiftung des Birsecks | wehrli-stiftung@bluewin.ch | wehrli-stiftung.ch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ab/>
      <w:t>Version 0</w:t>
    </w:r>
    <w:r w:rsidR="00AB5F31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9</w:t>
    </w:r>
    <w:r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.202</w:t>
    </w:r>
    <w:r w:rsidR="00AB5F31" w:rsidRPr="006B454E">
      <w:rPr>
        <w:rFonts w:ascii="Arial" w:hAnsi="Arial" w:cs="Arial"/>
        <w:color w:val="7F7F7F" w:themeColor="text1" w:themeTint="80"/>
        <w:sz w:val="16"/>
        <w:szCs w:val="16"/>
        <w:lang w:val="de-CH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27B2" w14:textId="77777777" w:rsidR="00351894" w:rsidRDefault="00351894" w:rsidP="00044454">
      <w:pPr>
        <w:spacing w:after="0" w:line="240" w:lineRule="auto"/>
      </w:pPr>
      <w:r>
        <w:separator/>
      </w:r>
    </w:p>
  </w:footnote>
  <w:footnote w:type="continuationSeparator" w:id="0">
    <w:p w14:paraId="43893653" w14:textId="77777777" w:rsidR="00351894" w:rsidRDefault="00351894" w:rsidP="00044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6706B"/>
    <w:multiLevelType w:val="hybridMultilevel"/>
    <w:tmpl w:val="BB2053DC"/>
    <w:lvl w:ilvl="0" w:tplc="B6AEA1B8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222" w:hanging="360"/>
      </w:pPr>
    </w:lvl>
    <w:lvl w:ilvl="2" w:tplc="0807001B" w:tentative="1">
      <w:start w:val="1"/>
      <w:numFmt w:val="lowerRoman"/>
      <w:lvlText w:val="%3."/>
      <w:lvlJc w:val="right"/>
      <w:pPr>
        <w:ind w:left="1942" w:hanging="180"/>
      </w:pPr>
    </w:lvl>
    <w:lvl w:ilvl="3" w:tplc="0807000F" w:tentative="1">
      <w:start w:val="1"/>
      <w:numFmt w:val="decimal"/>
      <w:lvlText w:val="%4."/>
      <w:lvlJc w:val="left"/>
      <w:pPr>
        <w:ind w:left="2662" w:hanging="360"/>
      </w:pPr>
    </w:lvl>
    <w:lvl w:ilvl="4" w:tplc="08070019" w:tentative="1">
      <w:start w:val="1"/>
      <w:numFmt w:val="lowerLetter"/>
      <w:lvlText w:val="%5."/>
      <w:lvlJc w:val="left"/>
      <w:pPr>
        <w:ind w:left="3382" w:hanging="360"/>
      </w:pPr>
    </w:lvl>
    <w:lvl w:ilvl="5" w:tplc="0807001B" w:tentative="1">
      <w:start w:val="1"/>
      <w:numFmt w:val="lowerRoman"/>
      <w:lvlText w:val="%6."/>
      <w:lvlJc w:val="right"/>
      <w:pPr>
        <w:ind w:left="4102" w:hanging="180"/>
      </w:pPr>
    </w:lvl>
    <w:lvl w:ilvl="6" w:tplc="0807000F" w:tentative="1">
      <w:start w:val="1"/>
      <w:numFmt w:val="decimal"/>
      <w:lvlText w:val="%7."/>
      <w:lvlJc w:val="left"/>
      <w:pPr>
        <w:ind w:left="4822" w:hanging="360"/>
      </w:pPr>
    </w:lvl>
    <w:lvl w:ilvl="7" w:tplc="08070019" w:tentative="1">
      <w:start w:val="1"/>
      <w:numFmt w:val="lowerLetter"/>
      <w:lvlText w:val="%8."/>
      <w:lvlJc w:val="left"/>
      <w:pPr>
        <w:ind w:left="5542" w:hanging="360"/>
      </w:pPr>
    </w:lvl>
    <w:lvl w:ilvl="8" w:tplc="08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F1E3EBA"/>
    <w:multiLevelType w:val="hybridMultilevel"/>
    <w:tmpl w:val="E686685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97D19"/>
    <w:multiLevelType w:val="hybridMultilevel"/>
    <w:tmpl w:val="B52019EC"/>
    <w:lvl w:ilvl="0" w:tplc="EDC0629C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86DC5"/>
    <w:multiLevelType w:val="hybridMultilevel"/>
    <w:tmpl w:val="7966D5D4"/>
    <w:lvl w:ilvl="0" w:tplc="EDC0629C">
      <w:start w:val="2"/>
      <w:numFmt w:val="bullet"/>
      <w:lvlText w:val=""/>
      <w:lvlJc w:val="left"/>
      <w:pPr>
        <w:ind w:left="5464" w:hanging="360"/>
      </w:pPr>
      <w:rPr>
        <w:rFonts w:ascii="Wingdings" w:eastAsiaTheme="minorEastAsia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A54C8"/>
    <w:multiLevelType w:val="hybridMultilevel"/>
    <w:tmpl w:val="8BD288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13A2"/>
    <w:multiLevelType w:val="hybridMultilevel"/>
    <w:tmpl w:val="FFA27CFC"/>
    <w:lvl w:ilvl="0" w:tplc="401E135A">
      <w:start w:val="1"/>
      <w:numFmt w:val="upp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441B5"/>
    <w:multiLevelType w:val="hybridMultilevel"/>
    <w:tmpl w:val="B09E24A0"/>
    <w:lvl w:ilvl="0" w:tplc="06FA0F14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610395">
    <w:abstractNumId w:val="8"/>
  </w:num>
  <w:num w:numId="2" w16cid:durableId="1311211202">
    <w:abstractNumId w:val="6"/>
  </w:num>
  <w:num w:numId="3" w16cid:durableId="265893088">
    <w:abstractNumId w:val="5"/>
  </w:num>
  <w:num w:numId="4" w16cid:durableId="1856773342">
    <w:abstractNumId w:val="4"/>
  </w:num>
  <w:num w:numId="5" w16cid:durableId="1800804581">
    <w:abstractNumId w:val="7"/>
  </w:num>
  <w:num w:numId="6" w16cid:durableId="884178449">
    <w:abstractNumId w:val="3"/>
  </w:num>
  <w:num w:numId="7" w16cid:durableId="466777022">
    <w:abstractNumId w:val="2"/>
  </w:num>
  <w:num w:numId="8" w16cid:durableId="1539200727">
    <w:abstractNumId w:val="1"/>
  </w:num>
  <w:num w:numId="9" w16cid:durableId="1871604123">
    <w:abstractNumId w:val="0"/>
  </w:num>
  <w:num w:numId="10" w16cid:durableId="1528175156">
    <w:abstractNumId w:val="14"/>
  </w:num>
  <w:num w:numId="11" w16cid:durableId="606155936">
    <w:abstractNumId w:val="10"/>
  </w:num>
  <w:num w:numId="12" w16cid:durableId="2054033601">
    <w:abstractNumId w:val="9"/>
  </w:num>
  <w:num w:numId="13" w16cid:durableId="2004624969">
    <w:abstractNumId w:val="12"/>
  </w:num>
  <w:num w:numId="14" w16cid:durableId="1718968165">
    <w:abstractNumId w:val="15"/>
  </w:num>
  <w:num w:numId="15" w16cid:durableId="86535503">
    <w:abstractNumId w:val="13"/>
  </w:num>
  <w:num w:numId="16" w16cid:durableId="17918268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20E"/>
    <w:rsid w:val="000037DB"/>
    <w:rsid w:val="00004750"/>
    <w:rsid w:val="000261DD"/>
    <w:rsid w:val="000325C9"/>
    <w:rsid w:val="00032E3D"/>
    <w:rsid w:val="00033869"/>
    <w:rsid w:val="00034616"/>
    <w:rsid w:val="00036E91"/>
    <w:rsid w:val="00044454"/>
    <w:rsid w:val="00050D23"/>
    <w:rsid w:val="000532AF"/>
    <w:rsid w:val="0006063C"/>
    <w:rsid w:val="00064F7F"/>
    <w:rsid w:val="00066DE7"/>
    <w:rsid w:val="00071F6D"/>
    <w:rsid w:val="000840A0"/>
    <w:rsid w:val="00084E17"/>
    <w:rsid w:val="00085751"/>
    <w:rsid w:val="00087C77"/>
    <w:rsid w:val="000970A2"/>
    <w:rsid w:val="000A4784"/>
    <w:rsid w:val="000B1362"/>
    <w:rsid w:val="000B2C0C"/>
    <w:rsid w:val="000B5505"/>
    <w:rsid w:val="000B698B"/>
    <w:rsid w:val="000C1702"/>
    <w:rsid w:val="000C2F3A"/>
    <w:rsid w:val="000C5FF9"/>
    <w:rsid w:val="000E3046"/>
    <w:rsid w:val="000E33FC"/>
    <w:rsid w:val="000F24DE"/>
    <w:rsid w:val="000F35F4"/>
    <w:rsid w:val="000F51DF"/>
    <w:rsid w:val="000F7C9B"/>
    <w:rsid w:val="00100022"/>
    <w:rsid w:val="00100C68"/>
    <w:rsid w:val="0010100B"/>
    <w:rsid w:val="00103803"/>
    <w:rsid w:val="001065E8"/>
    <w:rsid w:val="0011582B"/>
    <w:rsid w:val="001167B9"/>
    <w:rsid w:val="0012047D"/>
    <w:rsid w:val="00120D20"/>
    <w:rsid w:val="001212A7"/>
    <w:rsid w:val="001235B0"/>
    <w:rsid w:val="00131FC0"/>
    <w:rsid w:val="00133C16"/>
    <w:rsid w:val="00140D50"/>
    <w:rsid w:val="0015074B"/>
    <w:rsid w:val="00172540"/>
    <w:rsid w:val="00180F96"/>
    <w:rsid w:val="001857FE"/>
    <w:rsid w:val="0019323F"/>
    <w:rsid w:val="001A1C01"/>
    <w:rsid w:val="001A427C"/>
    <w:rsid w:val="001A4C08"/>
    <w:rsid w:val="001B1424"/>
    <w:rsid w:val="001B2EB9"/>
    <w:rsid w:val="001B3C3B"/>
    <w:rsid w:val="001B5B30"/>
    <w:rsid w:val="001C0297"/>
    <w:rsid w:val="001C5865"/>
    <w:rsid w:val="001C6740"/>
    <w:rsid w:val="001D106B"/>
    <w:rsid w:val="001E200F"/>
    <w:rsid w:val="001E4D40"/>
    <w:rsid w:val="001F079C"/>
    <w:rsid w:val="001F36A9"/>
    <w:rsid w:val="001F4042"/>
    <w:rsid w:val="001F413D"/>
    <w:rsid w:val="00203BA9"/>
    <w:rsid w:val="00210137"/>
    <w:rsid w:val="0022658A"/>
    <w:rsid w:val="00230AAC"/>
    <w:rsid w:val="00230C91"/>
    <w:rsid w:val="00230EBE"/>
    <w:rsid w:val="0023166E"/>
    <w:rsid w:val="002355B1"/>
    <w:rsid w:val="00255B58"/>
    <w:rsid w:val="002571FB"/>
    <w:rsid w:val="00262A77"/>
    <w:rsid w:val="002638E2"/>
    <w:rsid w:val="0026543C"/>
    <w:rsid w:val="00270EC1"/>
    <w:rsid w:val="00290888"/>
    <w:rsid w:val="00292257"/>
    <w:rsid w:val="00293A93"/>
    <w:rsid w:val="0029639D"/>
    <w:rsid w:val="002A192E"/>
    <w:rsid w:val="002A199D"/>
    <w:rsid w:val="002A3C08"/>
    <w:rsid w:val="002A5C85"/>
    <w:rsid w:val="002B2CBC"/>
    <w:rsid w:val="002E5A2C"/>
    <w:rsid w:val="002F260B"/>
    <w:rsid w:val="002F2C58"/>
    <w:rsid w:val="00302595"/>
    <w:rsid w:val="003221C1"/>
    <w:rsid w:val="00326F90"/>
    <w:rsid w:val="00331113"/>
    <w:rsid w:val="00332837"/>
    <w:rsid w:val="0033484F"/>
    <w:rsid w:val="00340C41"/>
    <w:rsid w:val="003410FC"/>
    <w:rsid w:val="003420EA"/>
    <w:rsid w:val="003429D4"/>
    <w:rsid w:val="00342B20"/>
    <w:rsid w:val="00351894"/>
    <w:rsid w:val="003576D2"/>
    <w:rsid w:val="00361494"/>
    <w:rsid w:val="003656DF"/>
    <w:rsid w:val="00372AA1"/>
    <w:rsid w:val="00373F89"/>
    <w:rsid w:val="0037558E"/>
    <w:rsid w:val="00376158"/>
    <w:rsid w:val="003762AE"/>
    <w:rsid w:val="00393665"/>
    <w:rsid w:val="003A2BB4"/>
    <w:rsid w:val="003A37D3"/>
    <w:rsid w:val="003B2AB7"/>
    <w:rsid w:val="003B5ABE"/>
    <w:rsid w:val="003B6D77"/>
    <w:rsid w:val="003C4A67"/>
    <w:rsid w:val="003D5C59"/>
    <w:rsid w:val="003D7D5F"/>
    <w:rsid w:val="003E072E"/>
    <w:rsid w:val="003E3FA1"/>
    <w:rsid w:val="003F0380"/>
    <w:rsid w:val="00403347"/>
    <w:rsid w:val="004041F5"/>
    <w:rsid w:val="004121BF"/>
    <w:rsid w:val="00412CCF"/>
    <w:rsid w:val="00426D5E"/>
    <w:rsid w:val="00446DE7"/>
    <w:rsid w:val="004570AE"/>
    <w:rsid w:val="00457C5B"/>
    <w:rsid w:val="00462084"/>
    <w:rsid w:val="0046625E"/>
    <w:rsid w:val="004718E1"/>
    <w:rsid w:val="00480569"/>
    <w:rsid w:val="00491A98"/>
    <w:rsid w:val="00492C6E"/>
    <w:rsid w:val="00493478"/>
    <w:rsid w:val="004A25E3"/>
    <w:rsid w:val="004A7880"/>
    <w:rsid w:val="004B017D"/>
    <w:rsid w:val="004B1F7F"/>
    <w:rsid w:val="004C1254"/>
    <w:rsid w:val="004C13FC"/>
    <w:rsid w:val="004C55C7"/>
    <w:rsid w:val="004C6807"/>
    <w:rsid w:val="004D00D2"/>
    <w:rsid w:val="004D1AF2"/>
    <w:rsid w:val="004D2EEA"/>
    <w:rsid w:val="004D642F"/>
    <w:rsid w:val="004E248A"/>
    <w:rsid w:val="004E5E52"/>
    <w:rsid w:val="004F2946"/>
    <w:rsid w:val="004F4AD4"/>
    <w:rsid w:val="004F52F0"/>
    <w:rsid w:val="00501247"/>
    <w:rsid w:val="0050284D"/>
    <w:rsid w:val="00503394"/>
    <w:rsid w:val="0050390C"/>
    <w:rsid w:val="00515293"/>
    <w:rsid w:val="00515CCA"/>
    <w:rsid w:val="00532BCE"/>
    <w:rsid w:val="00542076"/>
    <w:rsid w:val="0054608E"/>
    <w:rsid w:val="00546F70"/>
    <w:rsid w:val="005476BC"/>
    <w:rsid w:val="00547A21"/>
    <w:rsid w:val="00555D59"/>
    <w:rsid w:val="005570DE"/>
    <w:rsid w:val="005602B8"/>
    <w:rsid w:val="00561B83"/>
    <w:rsid w:val="00562B2D"/>
    <w:rsid w:val="00564201"/>
    <w:rsid w:val="005723F0"/>
    <w:rsid w:val="00575E39"/>
    <w:rsid w:val="005A0919"/>
    <w:rsid w:val="005A1D83"/>
    <w:rsid w:val="005A3829"/>
    <w:rsid w:val="005B2743"/>
    <w:rsid w:val="005B48C2"/>
    <w:rsid w:val="005B7A1B"/>
    <w:rsid w:val="005C32EE"/>
    <w:rsid w:val="005C436C"/>
    <w:rsid w:val="005C7D17"/>
    <w:rsid w:val="005E25B7"/>
    <w:rsid w:val="005E7D1C"/>
    <w:rsid w:val="005F7A1D"/>
    <w:rsid w:val="006023F0"/>
    <w:rsid w:val="006031D9"/>
    <w:rsid w:val="0060337D"/>
    <w:rsid w:val="00611C3B"/>
    <w:rsid w:val="00614DD4"/>
    <w:rsid w:val="006208D3"/>
    <w:rsid w:val="006323A3"/>
    <w:rsid w:val="00642855"/>
    <w:rsid w:val="00645D8D"/>
    <w:rsid w:val="00650556"/>
    <w:rsid w:val="00650D1F"/>
    <w:rsid w:val="00653A29"/>
    <w:rsid w:val="006561BA"/>
    <w:rsid w:val="00665BB6"/>
    <w:rsid w:val="00674578"/>
    <w:rsid w:val="0067648A"/>
    <w:rsid w:val="00687A08"/>
    <w:rsid w:val="00696CB0"/>
    <w:rsid w:val="006A24CC"/>
    <w:rsid w:val="006A5EF7"/>
    <w:rsid w:val="006B454E"/>
    <w:rsid w:val="006C2329"/>
    <w:rsid w:val="006C512E"/>
    <w:rsid w:val="006D1244"/>
    <w:rsid w:val="006D1312"/>
    <w:rsid w:val="006D1ABC"/>
    <w:rsid w:val="006D6D44"/>
    <w:rsid w:val="006E4BB9"/>
    <w:rsid w:val="006F1E36"/>
    <w:rsid w:val="006F3713"/>
    <w:rsid w:val="006F5F5F"/>
    <w:rsid w:val="006F5FE0"/>
    <w:rsid w:val="00706AC4"/>
    <w:rsid w:val="0070762A"/>
    <w:rsid w:val="007158A6"/>
    <w:rsid w:val="00716D90"/>
    <w:rsid w:val="007253CE"/>
    <w:rsid w:val="00726437"/>
    <w:rsid w:val="00733E56"/>
    <w:rsid w:val="00734525"/>
    <w:rsid w:val="00740929"/>
    <w:rsid w:val="00742DFE"/>
    <w:rsid w:val="007439F2"/>
    <w:rsid w:val="00747237"/>
    <w:rsid w:val="00750622"/>
    <w:rsid w:val="0075653F"/>
    <w:rsid w:val="0075654A"/>
    <w:rsid w:val="00763BA6"/>
    <w:rsid w:val="00763CD9"/>
    <w:rsid w:val="00773351"/>
    <w:rsid w:val="0077436F"/>
    <w:rsid w:val="00775E06"/>
    <w:rsid w:val="00782200"/>
    <w:rsid w:val="00787D3B"/>
    <w:rsid w:val="007A6123"/>
    <w:rsid w:val="007D0243"/>
    <w:rsid w:val="007D2FF3"/>
    <w:rsid w:val="007D4FC2"/>
    <w:rsid w:val="007E08FA"/>
    <w:rsid w:val="007E57C8"/>
    <w:rsid w:val="007F1AF0"/>
    <w:rsid w:val="007F1EA0"/>
    <w:rsid w:val="007F4AE1"/>
    <w:rsid w:val="007F79CF"/>
    <w:rsid w:val="008042A3"/>
    <w:rsid w:val="00820155"/>
    <w:rsid w:val="00820ED7"/>
    <w:rsid w:val="00826EEA"/>
    <w:rsid w:val="00827C10"/>
    <w:rsid w:val="0083307F"/>
    <w:rsid w:val="00836CED"/>
    <w:rsid w:val="00844E8F"/>
    <w:rsid w:val="00845006"/>
    <w:rsid w:val="008524F2"/>
    <w:rsid w:val="00852852"/>
    <w:rsid w:val="00856A5B"/>
    <w:rsid w:val="00867E29"/>
    <w:rsid w:val="00873510"/>
    <w:rsid w:val="008772F1"/>
    <w:rsid w:val="00880D52"/>
    <w:rsid w:val="00883C9F"/>
    <w:rsid w:val="008876B7"/>
    <w:rsid w:val="008A51C0"/>
    <w:rsid w:val="008B4A67"/>
    <w:rsid w:val="008C0D47"/>
    <w:rsid w:val="008C3AF7"/>
    <w:rsid w:val="008C5D0F"/>
    <w:rsid w:val="008D3447"/>
    <w:rsid w:val="008D39A1"/>
    <w:rsid w:val="008E0530"/>
    <w:rsid w:val="008E75C8"/>
    <w:rsid w:val="008E773B"/>
    <w:rsid w:val="008F0B6B"/>
    <w:rsid w:val="008F332A"/>
    <w:rsid w:val="009103A0"/>
    <w:rsid w:val="0091050E"/>
    <w:rsid w:val="00915D6A"/>
    <w:rsid w:val="009234DB"/>
    <w:rsid w:val="009244F8"/>
    <w:rsid w:val="00924AE0"/>
    <w:rsid w:val="00932BFD"/>
    <w:rsid w:val="00934760"/>
    <w:rsid w:val="00943A39"/>
    <w:rsid w:val="00943EAC"/>
    <w:rsid w:val="00951446"/>
    <w:rsid w:val="0095686F"/>
    <w:rsid w:val="0095746C"/>
    <w:rsid w:val="009612C0"/>
    <w:rsid w:val="00961FC0"/>
    <w:rsid w:val="00966A7D"/>
    <w:rsid w:val="009673BD"/>
    <w:rsid w:val="00974339"/>
    <w:rsid w:val="009757EE"/>
    <w:rsid w:val="00987165"/>
    <w:rsid w:val="0099121C"/>
    <w:rsid w:val="00995AD3"/>
    <w:rsid w:val="009B4A6A"/>
    <w:rsid w:val="009B6DE0"/>
    <w:rsid w:val="009C0222"/>
    <w:rsid w:val="009C1C63"/>
    <w:rsid w:val="009D3C29"/>
    <w:rsid w:val="009E141A"/>
    <w:rsid w:val="009E20B3"/>
    <w:rsid w:val="009E5825"/>
    <w:rsid w:val="009F3C40"/>
    <w:rsid w:val="009F49AC"/>
    <w:rsid w:val="00A03A6B"/>
    <w:rsid w:val="00A06964"/>
    <w:rsid w:val="00A076D3"/>
    <w:rsid w:val="00A128B9"/>
    <w:rsid w:val="00A162A3"/>
    <w:rsid w:val="00A2346F"/>
    <w:rsid w:val="00A30738"/>
    <w:rsid w:val="00A358A1"/>
    <w:rsid w:val="00A4414D"/>
    <w:rsid w:val="00A44F0C"/>
    <w:rsid w:val="00A46679"/>
    <w:rsid w:val="00A541EB"/>
    <w:rsid w:val="00A548C9"/>
    <w:rsid w:val="00A56263"/>
    <w:rsid w:val="00A711AF"/>
    <w:rsid w:val="00A74FE7"/>
    <w:rsid w:val="00A847D3"/>
    <w:rsid w:val="00A94E6F"/>
    <w:rsid w:val="00A96E41"/>
    <w:rsid w:val="00A978C8"/>
    <w:rsid w:val="00A97F78"/>
    <w:rsid w:val="00AA1D8D"/>
    <w:rsid w:val="00AA4351"/>
    <w:rsid w:val="00AB1B47"/>
    <w:rsid w:val="00AB24BC"/>
    <w:rsid w:val="00AB5F31"/>
    <w:rsid w:val="00AD27E4"/>
    <w:rsid w:val="00AD6725"/>
    <w:rsid w:val="00AE1D75"/>
    <w:rsid w:val="00AE76DB"/>
    <w:rsid w:val="00AF2FCF"/>
    <w:rsid w:val="00B115BC"/>
    <w:rsid w:val="00B17393"/>
    <w:rsid w:val="00B202B2"/>
    <w:rsid w:val="00B20FD3"/>
    <w:rsid w:val="00B2137B"/>
    <w:rsid w:val="00B30480"/>
    <w:rsid w:val="00B31B32"/>
    <w:rsid w:val="00B32099"/>
    <w:rsid w:val="00B377E5"/>
    <w:rsid w:val="00B417DA"/>
    <w:rsid w:val="00B4426D"/>
    <w:rsid w:val="00B46B36"/>
    <w:rsid w:val="00B471EA"/>
    <w:rsid w:val="00B47730"/>
    <w:rsid w:val="00B520A4"/>
    <w:rsid w:val="00B60080"/>
    <w:rsid w:val="00B6128C"/>
    <w:rsid w:val="00B62A30"/>
    <w:rsid w:val="00B86FA7"/>
    <w:rsid w:val="00B95AE2"/>
    <w:rsid w:val="00BA6D73"/>
    <w:rsid w:val="00BB0C1E"/>
    <w:rsid w:val="00BB39D7"/>
    <w:rsid w:val="00BB5B3A"/>
    <w:rsid w:val="00BC0881"/>
    <w:rsid w:val="00BC1D69"/>
    <w:rsid w:val="00BC3013"/>
    <w:rsid w:val="00BC6F78"/>
    <w:rsid w:val="00BD1894"/>
    <w:rsid w:val="00BD2249"/>
    <w:rsid w:val="00BE1BA7"/>
    <w:rsid w:val="00BE2797"/>
    <w:rsid w:val="00BE45D2"/>
    <w:rsid w:val="00BE5753"/>
    <w:rsid w:val="00BE6B54"/>
    <w:rsid w:val="00BF14F7"/>
    <w:rsid w:val="00BF5152"/>
    <w:rsid w:val="00C034A9"/>
    <w:rsid w:val="00C0607A"/>
    <w:rsid w:val="00C063A2"/>
    <w:rsid w:val="00C10F55"/>
    <w:rsid w:val="00C11BEF"/>
    <w:rsid w:val="00C227D2"/>
    <w:rsid w:val="00C252D6"/>
    <w:rsid w:val="00C30709"/>
    <w:rsid w:val="00C319D0"/>
    <w:rsid w:val="00C379BF"/>
    <w:rsid w:val="00C4464B"/>
    <w:rsid w:val="00C55469"/>
    <w:rsid w:val="00C55E3F"/>
    <w:rsid w:val="00C6001B"/>
    <w:rsid w:val="00C67992"/>
    <w:rsid w:val="00C73069"/>
    <w:rsid w:val="00C75CC2"/>
    <w:rsid w:val="00C75F48"/>
    <w:rsid w:val="00C77D75"/>
    <w:rsid w:val="00C8644E"/>
    <w:rsid w:val="00C931FD"/>
    <w:rsid w:val="00C93CA5"/>
    <w:rsid w:val="00CA0900"/>
    <w:rsid w:val="00CA51A2"/>
    <w:rsid w:val="00CA5656"/>
    <w:rsid w:val="00CB0664"/>
    <w:rsid w:val="00CB24DA"/>
    <w:rsid w:val="00CB54DF"/>
    <w:rsid w:val="00CB6580"/>
    <w:rsid w:val="00CD416C"/>
    <w:rsid w:val="00CF7FCB"/>
    <w:rsid w:val="00D04AF1"/>
    <w:rsid w:val="00D13931"/>
    <w:rsid w:val="00D1494E"/>
    <w:rsid w:val="00D14D38"/>
    <w:rsid w:val="00D16A9E"/>
    <w:rsid w:val="00D253A4"/>
    <w:rsid w:val="00D4570D"/>
    <w:rsid w:val="00D457D4"/>
    <w:rsid w:val="00D463C1"/>
    <w:rsid w:val="00D50BF1"/>
    <w:rsid w:val="00D548C8"/>
    <w:rsid w:val="00D56938"/>
    <w:rsid w:val="00D57605"/>
    <w:rsid w:val="00D577DC"/>
    <w:rsid w:val="00D76211"/>
    <w:rsid w:val="00D76952"/>
    <w:rsid w:val="00D816F0"/>
    <w:rsid w:val="00D81F48"/>
    <w:rsid w:val="00D83214"/>
    <w:rsid w:val="00D83483"/>
    <w:rsid w:val="00D92EF9"/>
    <w:rsid w:val="00D937DE"/>
    <w:rsid w:val="00DB5C16"/>
    <w:rsid w:val="00DC04BB"/>
    <w:rsid w:val="00DC09B8"/>
    <w:rsid w:val="00DC52D0"/>
    <w:rsid w:val="00DC609E"/>
    <w:rsid w:val="00DC6B79"/>
    <w:rsid w:val="00DD44B3"/>
    <w:rsid w:val="00DE0144"/>
    <w:rsid w:val="00DE0BE9"/>
    <w:rsid w:val="00DE1B94"/>
    <w:rsid w:val="00DF2431"/>
    <w:rsid w:val="00DF348A"/>
    <w:rsid w:val="00E04B07"/>
    <w:rsid w:val="00E06926"/>
    <w:rsid w:val="00E104AD"/>
    <w:rsid w:val="00E1090E"/>
    <w:rsid w:val="00E10ED6"/>
    <w:rsid w:val="00E21F0A"/>
    <w:rsid w:val="00E22449"/>
    <w:rsid w:val="00E22BB0"/>
    <w:rsid w:val="00E30470"/>
    <w:rsid w:val="00E33823"/>
    <w:rsid w:val="00E364E1"/>
    <w:rsid w:val="00E369B5"/>
    <w:rsid w:val="00E41A66"/>
    <w:rsid w:val="00E42E8B"/>
    <w:rsid w:val="00E44C21"/>
    <w:rsid w:val="00E47B2E"/>
    <w:rsid w:val="00E513CD"/>
    <w:rsid w:val="00E52C08"/>
    <w:rsid w:val="00E60F95"/>
    <w:rsid w:val="00E6191C"/>
    <w:rsid w:val="00E62E34"/>
    <w:rsid w:val="00E7043B"/>
    <w:rsid w:val="00E72914"/>
    <w:rsid w:val="00E75D2C"/>
    <w:rsid w:val="00E875F3"/>
    <w:rsid w:val="00E93DCC"/>
    <w:rsid w:val="00E965A7"/>
    <w:rsid w:val="00E97DE7"/>
    <w:rsid w:val="00EA0C53"/>
    <w:rsid w:val="00EA5C44"/>
    <w:rsid w:val="00EB396D"/>
    <w:rsid w:val="00ED668F"/>
    <w:rsid w:val="00EF5E2F"/>
    <w:rsid w:val="00EF7E76"/>
    <w:rsid w:val="00F03D1A"/>
    <w:rsid w:val="00F076D8"/>
    <w:rsid w:val="00F119BF"/>
    <w:rsid w:val="00F14210"/>
    <w:rsid w:val="00F26787"/>
    <w:rsid w:val="00F34895"/>
    <w:rsid w:val="00F5002C"/>
    <w:rsid w:val="00F50A32"/>
    <w:rsid w:val="00F5298C"/>
    <w:rsid w:val="00F534BC"/>
    <w:rsid w:val="00F642A1"/>
    <w:rsid w:val="00F76B0B"/>
    <w:rsid w:val="00F82C07"/>
    <w:rsid w:val="00F83E17"/>
    <w:rsid w:val="00F84534"/>
    <w:rsid w:val="00F90BF2"/>
    <w:rsid w:val="00F92E6F"/>
    <w:rsid w:val="00FA4919"/>
    <w:rsid w:val="00FA51DC"/>
    <w:rsid w:val="00FB6F94"/>
    <w:rsid w:val="00FC2216"/>
    <w:rsid w:val="00FC23B3"/>
    <w:rsid w:val="00FC693F"/>
    <w:rsid w:val="00FD0741"/>
    <w:rsid w:val="00FF3292"/>
    <w:rsid w:val="00FF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4452C87"/>
  <w14:defaultImageDpi w14:val="300"/>
  <w15:docId w15:val="{44637911-40DF-4659-A8A4-B46F1D8A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4445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4454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0444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ipendien.bl.ch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ehrli-stiftung.ch/Wehrli-Kommiss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hrli-stiftung.ch/Dokumentation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E55DB9-1A9C-4B03-B2BE-363FA542DAE1}"/>
      </w:docPartPr>
      <w:docPartBody>
        <w:p w:rsidR="00000000" w:rsidRDefault="006557F1">
          <w:r w:rsidRPr="007F490B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4F5149A1EF849B7A54E90442A43E0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37053E-4E44-4814-A33A-6EE80ED0185B}"/>
      </w:docPartPr>
      <w:docPartBody>
        <w:p w:rsidR="00000000" w:rsidRDefault="006557F1" w:rsidP="006557F1">
          <w:pPr>
            <w:pStyle w:val="24F5149A1EF849B7A54E90442A43E0E2"/>
          </w:pPr>
          <w:r w:rsidRPr="007F490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F1"/>
    <w:rsid w:val="003B2AB7"/>
    <w:rsid w:val="005462F4"/>
    <w:rsid w:val="0065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557F1"/>
    <w:rPr>
      <w:color w:val="666666"/>
    </w:rPr>
  </w:style>
  <w:style w:type="paragraph" w:customStyle="1" w:styleId="24F5149A1EF849B7A54E90442A43E0E2">
    <w:name w:val="24F5149A1EF849B7A54E90442A43E0E2"/>
    <w:rsid w:val="006557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1249</Words>
  <Characters>8637</Characters>
  <Application>Microsoft Office Word</Application>
  <DocSecurity>0</DocSecurity>
  <Lines>345</Lines>
  <Paragraphs>247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Edith Th.</cp:lastModifiedBy>
  <cp:revision>2</cp:revision>
  <cp:lastPrinted>2025-09-15T18:27:00Z</cp:lastPrinted>
  <dcterms:created xsi:type="dcterms:W3CDTF">2026-02-02T19:43:00Z</dcterms:created>
  <dcterms:modified xsi:type="dcterms:W3CDTF">2026-02-02T19:43:00Z</dcterms:modified>
  <cp:category/>
</cp:coreProperties>
</file>